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40"/>
        <w:jc w:val="center"/>
      </w:pPr>
      <w:r>
        <w:rPr>
          <w:rFonts w:ascii="Libre Baskerville" w:hAnsi="Libre Baskerville" w:eastAsia="Libre Baskerville"/>
          <w:b/>
          <w:i w:val="0"/>
          <w:color w:val="1A1A1A"/>
          <w:sz w:val="60"/>
          <w:spacing w:val="180"/>
        </w:rPr>
        <w:t>DARO</w:t>
      </w:r>
    </w:p>
    <w:p>
      <w:pPr>
        <w:spacing w:after="120"/>
        <w:jc w:val="center"/>
      </w:pPr>
      <w:r>
        <w:rPr>
          <w:rFonts w:ascii="Libre Baskerville" w:hAnsi="Libre Baskerville" w:eastAsia="Libre Baskerville"/>
          <w:b w:val="0"/>
          <w:i w:val="0"/>
          <w:color w:val="B89F7A"/>
          <w:sz w:val="15"/>
        </w:rPr>
        <w:t>S T U D I O</w:t>
      </w:r>
    </w:p>
    <w:p>
      <w:pPr>
        <w:spacing w:after="20"/>
        <w:jc w:val="center"/>
      </w:pPr>
      <w:r>
        <w:rPr>
          <w:rFonts w:ascii="Libre Baskerville" w:hAnsi="Libre Baskerville" w:eastAsia="Libre Baskerville"/>
          <w:b w:val="0"/>
          <w:i w:val="0"/>
          <w:color w:val="1A1A1A"/>
          <w:sz w:val="34"/>
        </w:rPr>
        <w:t>Design Licence Agreement</w:t>
      </w:r>
    </w:p>
    <w:p>
      <w:pPr>
        <w:spacing w:after="120"/>
        <w:jc w:val="center"/>
      </w:pPr>
      <w:r>
        <w:rPr>
          <w:rFonts w:ascii="Libre Baskerville" w:hAnsi="Libre Baskerville" w:eastAsia="Libre Baskerville"/>
          <w:b w:val="0"/>
          <w:i/>
          <w:color w:val="6B6660"/>
          <w:sz w:val="17"/>
        </w:rPr>
        <w:t>for original artwork hand-drawn digitally by Kurt Wollton</w:t>
      </w:r>
    </w:p>
    <w:tbl>
      <w:tblPr>
        <w:tblW w:type="auto" w:w="0"/>
        <w:jc w:val="center"/>
        <w:tblLook w:firstColumn="1" w:firstRow="1" w:lastColumn="0" w:lastRow="0" w:noHBand="0" w:noVBand="1" w:val="04A0"/>
        <w:tblBorders>
          <w:top w:val="single" w:sz="4" w:color="EADFCB"/>
          <w:left w:val="nil"/>
          <w:bottom w:val="single" w:sz="4" w:color="EADFCB"/>
          <w:right w:val="nil"/>
          <w:insideH w:val="single" w:sz="4" w:color="EADFCB"/>
          <w:insideV w:val="nil"/>
        </w:tblBorders>
        <w:tblLayout w:type="fixed"/>
        <w:tblCellMar>
          <w:top w:w="70" w:type="dxa"/>
          <w:left w:w="80" w:type="dxa"/>
          <w:bottom w:w="70" w:type="dxa"/>
          <w:right w:w="80" w:type="dxa"/>
        </w:tblCellMar>
        <w:tblLayout w:type="fixed"/>
      </w:tblPr>
      <w:tblGrid>
        <w:gridCol w:w="3248"/>
        <w:gridCol w:w="3248"/>
        <w:gridCol w:w="3248"/>
      </w:tblGrid>
      <w:tr>
        <w:tc>
          <w:tcPr>
            <w:tcW w:type="dxa" w:w="3249"/>
            <w:shd w:val="clear" w:color="auto" w:fill="EADFCB"/>
          </w:tcPr>
          <w:p>
            <w:pPr>
              <w:spacing w:after="0"/>
              <w:jc w:val="center"/>
            </w:pPr>
            <w:r>
              <w:rPr>
                <w:rFonts w:ascii="Lato" w:hAnsi="Lato" w:eastAsia="Lato"/>
                <w:b w:val="0"/>
                <w:i w:val="0"/>
                <w:sz w:val="16"/>
              </w:rPr>
              <w:t>Agreement No.:  ____________________</w:t>
            </w:r>
          </w:p>
        </w:tc>
        <w:tc>
          <w:tcPr>
            <w:tcW w:type="dxa" w:w="3249"/>
            <w:shd w:val="clear" w:color="auto" w:fill="EADFCB"/>
          </w:tcPr>
          <w:p>
            <w:pPr>
              <w:spacing w:after="0"/>
              <w:jc w:val="center"/>
            </w:pPr>
            <w:r>
              <w:rPr>
                <w:rFonts w:ascii="Lato" w:hAnsi="Lato" w:eastAsia="Lato"/>
                <w:b w:val="0"/>
                <w:i w:val="0"/>
                <w:sz w:val="16"/>
              </w:rPr>
              <w:t>Date:  ____ / ____ / ________</w:t>
            </w:r>
          </w:p>
        </w:tc>
        <w:tc>
          <w:tcPr>
            <w:tcW w:type="dxa" w:w="3249"/>
            <w:shd w:val="clear" w:color="auto" w:fill="EADFCB"/>
          </w:tcPr>
          <w:p>
            <w:pPr>
              <w:spacing w:after="0"/>
              <w:jc w:val="center"/>
            </w:pPr>
            <w:r>
              <w:rPr>
                <w:rFonts w:ascii="Lato" w:hAnsi="Lato" w:eastAsia="Lato"/>
                <w:b w:val="0"/>
                <w:i w:val="0"/>
                <w:sz w:val="16"/>
              </w:rPr>
              <w:t>Place:  ______________________</w:t>
            </w:r>
          </w:p>
        </w:tc>
      </w:tr>
    </w:tbl>
    <w:p>
      <w:pPr>
        <w:spacing w:after="0"/>
      </w:pPr>
    </w:p>
    <w:p>
      <w:pPr>
        <w:spacing w:after="0"/>
      </w:pPr>
      <w:r>
        <w:rPr>
          <w:rFonts w:ascii="Lato" w:hAnsi="Lato" w:eastAsia="Lato"/>
          <w:b w:val="0"/>
          <w:i w:val="0"/>
        </w:rPr>
        <w:t>This Agreement sets out the terms on which the Licensor permits the Licensee to use the design(s) described below. Tick the boxes (</w:t>
      </w:r>
      <w:r>
        <w:rPr>
          <w:rFonts w:ascii="DejaVu Sans" w:hAnsi="DejaVu Sans" w:eastAsia="DejaVu Sans"/>
          <w:b w:val="0"/>
          <w:i w:val="0"/>
          <w:color w:val="1A1A1A"/>
          <w:sz w:val="20"/>
        </w:rPr>
        <w:t>☐</w:t>
      </w:r>
      <w:r>
        <w:rPr>
          <w:rFonts w:ascii="Lato" w:hAnsi="Lato" w:eastAsia="Lato"/>
          <w:b w:val="0"/>
          <w:i w:val="0"/>
        </w:rPr>
        <w:t>) that apply and complete the blanks. Anything not ticked or completed does not apply.</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01   </w:t>
      </w:r>
      <w:r>
        <w:rPr>
          <w:rFonts w:ascii="Libre Baskerville" w:hAnsi="Libre Baskerville" w:eastAsia="Libre Baskerville"/>
          <w:b/>
          <w:i w:val="0"/>
          <w:color w:val="1A1A1A"/>
          <w:sz w:val="19"/>
        </w:rPr>
        <w:t>PARTIES</w:t>
      </w:r>
    </w:p>
    <w:tbl>
      <w:tblPr>
        <w:tblW w:type="auto" w:w="0"/>
        <w:jc w:val="center"/>
        <w:tblLook w:firstColumn="1" w:firstRow="1" w:lastColumn="0" w:lastRow="0" w:noHBand="0" w:noVBand="1" w:val="04A0"/>
        <w:tblBorders>
          <w:top w:val="single" w:sz="4" w:color="C9B79A"/>
          <w:left w:val="nil"/>
          <w:bottom w:val="single" w:sz="4" w:color="C9B79A"/>
          <w:right w:val="nil"/>
          <w:insideH w:val="single" w:sz="4" w:color="C9B79A"/>
          <w:insideV w:val="nil"/>
        </w:tblBorders>
        <w:tblLayout w:type="fixed"/>
        <w:tblCellMar>
          <w:top w:w="90" w:type="dxa"/>
          <w:left w:w="120" w:type="dxa"/>
          <w:bottom w:w="90" w:type="dxa"/>
          <w:right w:w="120" w:type="dxa"/>
        </w:tblCellMar>
        <w:tblLayout w:type="fixed"/>
      </w:tblPr>
      <w:tblGrid>
        <w:gridCol w:w="4422"/>
        <w:gridCol w:w="5329"/>
      </w:tblGrid>
      <w:tr>
        <w:tc>
          <w:tcPr>
            <w:tcW w:type="dxa" w:w="4422"/>
            <w:shd w:val="clear" w:color="auto" w:fill="F6F1E8"/>
          </w:tcPr>
          <w:p>
            <w:pPr>
              <w:spacing w:after="60"/>
            </w:pPr>
            <w:r>
              <w:rPr>
                <w:rFonts w:ascii="Libre Baskerville" w:hAnsi="Libre Baskerville" w:eastAsia="Libre Baskerville"/>
                <w:b/>
                <w:i w:val="0"/>
                <w:color w:val="1A1A1A"/>
                <w:sz w:val="17"/>
              </w:rPr>
              <w:t>LICENSOR</w:t>
            </w:r>
          </w:p>
          <w:p>
            <w:pPr>
              <w:spacing w:after="44"/>
            </w:pPr>
            <w:r>
              <w:rPr>
                <w:rFonts w:ascii="Lato" w:hAnsi="Lato" w:eastAsia="Lato"/>
                <w:b/>
                <w:i w:val="0"/>
                <w:sz w:val="16"/>
              </w:rPr>
              <w:t>Daro Enterprise</w:t>
            </w:r>
            <w:r>
              <w:rPr>
                <w:rFonts w:ascii="Lato" w:hAnsi="Lato" w:eastAsia="Lato"/>
                <w:b w:val="0"/>
                <w:i w:val="0"/>
                <w:sz w:val="16"/>
              </w:rPr>
              <w:t xml:space="preserve"> (trading as </w:t>
            </w:r>
            <w:r>
              <w:rPr>
                <w:rFonts w:ascii="Lato" w:hAnsi="Lato" w:eastAsia="Lato"/>
                <w:b/>
                <w:i w:val="0"/>
                <w:sz w:val="16"/>
              </w:rPr>
              <w:t>DARO Studio</w:t>
            </w:r>
            <w:r>
              <w:rPr>
                <w:rFonts w:ascii="Lato" w:hAnsi="Lato" w:eastAsia="Lato"/>
                <w:b w:val="0"/>
                <w:i w:val="0"/>
                <w:sz w:val="16"/>
              </w:rPr>
              <w:t>)</w:t>
            </w:r>
          </w:p>
          <w:p>
            <w:pPr>
              <w:spacing w:after="44"/>
            </w:pPr>
            <w:r>
              <w:rPr>
                <w:rFonts w:ascii="Lato" w:hAnsi="Lato" w:eastAsia="Lato"/>
                <w:b w:val="0"/>
                <w:i w:val="0"/>
                <w:sz w:val="16"/>
              </w:rPr>
              <w:t>SSM Registration No.: 202503264806</w:t>
            </w:r>
          </w:p>
          <w:p>
            <w:pPr>
              <w:spacing w:after="44"/>
            </w:pPr>
            <w:r>
              <w:rPr>
                <w:rFonts w:ascii="Lato" w:hAnsi="Lato" w:eastAsia="Lato"/>
                <w:b w:val="0"/>
                <w:i w:val="0"/>
                <w:sz w:val="16"/>
              </w:rPr>
              <w:t>Address: Johor Bahru, Johor, Malaysia</w:t>
            </w:r>
          </w:p>
          <w:p>
            <w:pPr>
              <w:spacing w:after="44"/>
            </w:pPr>
            <w:r>
              <w:rPr>
                <w:rFonts w:ascii="Lato" w:hAnsi="Lato" w:eastAsia="Lato"/>
                <w:b w:val="0"/>
                <w:i w:val="0"/>
                <w:sz w:val="16"/>
              </w:rPr>
              <w:t>Represented by: Kurt Wollton, Owner &amp; Designer</w:t>
            </w:r>
          </w:p>
          <w:p>
            <w:pPr>
              <w:spacing w:after="44"/>
            </w:pPr>
            <w:r>
              <w:rPr>
                <w:rFonts w:ascii="Lato" w:hAnsi="Lato" w:eastAsia="Lato"/>
                <w:b w:val="0"/>
                <w:i w:val="0"/>
                <w:sz w:val="16"/>
              </w:rPr>
              <w:t>WhatsApp: +60 11-5423 6404</w:t>
            </w:r>
          </w:p>
          <w:p>
            <w:pPr>
              <w:spacing w:after="44"/>
            </w:pPr>
            <w:r>
              <w:rPr>
                <w:rFonts w:ascii="Lato" w:hAnsi="Lato" w:eastAsia="Lato"/>
                <w:b w:val="0"/>
                <w:i w:val="0"/>
                <w:sz w:val="16"/>
              </w:rPr>
              <w:t>Email: kurtwollton@gmail.com</w:t>
            </w:r>
          </w:p>
          <w:p>
            <w:pPr>
              <w:spacing w:after="44"/>
            </w:pPr>
            <w:r>
              <w:rPr>
                <w:rFonts w:ascii="Lato" w:hAnsi="Lato" w:eastAsia="Lato"/>
                <w:b w:val="0"/>
                <w:i w:val="0"/>
                <w:sz w:val="16"/>
              </w:rPr>
              <w:t>Website: darohouse.com</w:t>
            </w:r>
          </w:p>
        </w:tc>
        <w:tc>
          <w:tcPr>
            <w:tcW w:type="dxa" w:w="5329"/>
          </w:tcPr>
          <w:p>
            <w:pPr>
              <w:spacing w:after="60"/>
            </w:pPr>
            <w:r>
              <w:rPr>
                <w:rFonts w:ascii="Libre Baskerville" w:hAnsi="Libre Baskerville" w:eastAsia="Libre Baskerville"/>
                <w:b/>
                <w:i w:val="0"/>
                <w:color w:val="1A1A1A"/>
                <w:sz w:val="17"/>
              </w:rPr>
              <w:t>LICENSEE</w:t>
            </w:r>
          </w:p>
          <w:p>
            <w:pPr>
              <w:spacing w:after="44"/>
            </w:pPr>
            <w:r>
              <w:rPr>
                <w:rFonts w:ascii="Lato" w:hAnsi="Lato" w:eastAsia="Lato"/>
                <w:b w:val="0"/>
                <w:i w:val="0"/>
                <w:sz w:val="16"/>
              </w:rPr>
              <w:t>Name: ___________________________________________</w:t>
            </w:r>
          </w:p>
          <w:p>
            <w:pPr>
              <w:spacing w:after="44"/>
            </w:pPr>
            <w:r>
              <w:rPr>
                <w:rFonts w:ascii="Lato" w:hAnsi="Lato" w:eastAsia="Lato"/>
                <w:b w:val="0"/>
                <w:i w:val="0"/>
                <w:sz w:val="16"/>
              </w:rPr>
              <w:t>Company: _________________________________________</w:t>
            </w:r>
          </w:p>
          <w:p>
            <w:pPr>
              <w:spacing w:after="44"/>
            </w:pPr>
            <w:r>
              <w:rPr>
                <w:rFonts w:ascii="Lato" w:hAnsi="Lato" w:eastAsia="Lato"/>
                <w:b w:val="0"/>
                <w:i w:val="0"/>
                <w:sz w:val="16"/>
              </w:rPr>
              <w:t>Registration No.: __________________________________</w:t>
            </w:r>
          </w:p>
          <w:p>
            <w:pPr>
              <w:spacing w:after="44"/>
            </w:pPr>
            <w:r>
              <w:rPr>
                <w:rFonts w:ascii="Lato" w:hAnsi="Lato" w:eastAsia="Lato"/>
                <w:b w:val="0"/>
                <w:i w:val="0"/>
                <w:sz w:val="16"/>
              </w:rPr>
              <w:t>Address: _________________________________________</w:t>
            </w:r>
          </w:p>
          <w:p>
            <w:pPr>
              <w:spacing w:after="44"/>
            </w:pPr>
            <w:r>
              <w:rPr>
                <w:rFonts w:ascii="Lato" w:hAnsi="Lato" w:eastAsia="Lato"/>
                <w:b w:val="0"/>
                <w:i w:val="0"/>
                <w:sz w:val="16"/>
              </w:rPr>
              <w:t>_______________________________________________</w:t>
            </w:r>
          </w:p>
          <w:p>
            <w:pPr>
              <w:spacing w:after="44"/>
            </w:pPr>
            <w:r>
              <w:rPr>
                <w:rFonts w:ascii="Lato" w:hAnsi="Lato" w:eastAsia="Lato"/>
                <w:b w:val="0"/>
                <w:i w:val="0"/>
                <w:sz w:val="16"/>
              </w:rPr>
              <w:t>Contact person / title: ____________________________</w:t>
            </w:r>
          </w:p>
          <w:p>
            <w:pPr>
              <w:spacing w:after="44"/>
            </w:pPr>
            <w:r>
              <w:rPr>
                <w:rFonts w:ascii="Lato" w:hAnsi="Lato" w:eastAsia="Lato"/>
                <w:b w:val="0"/>
                <w:i w:val="0"/>
                <w:sz w:val="16"/>
              </w:rPr>
              <w:t>Phone / WhatsApp: __________________________________</w:t>
            </w:r>
          </w:p>
          <w:p>
            <w:pPr>
              <w:spacing w:after="44"/>
            </w:pPr>
            <w:r>
              <w:rPr>
                <w:rFonts w:ascii="Lato" w:hAnsi="Lato" w:eastAsia="Lato"/>
                <w:b w:val="0"/>
                <w:i w:val="0"/>
                <w:sz w:val="16"/>
              </w:rPr>
              <w:t>Email: ___________________________________________</w:t>
            </w:r>
          </w:p>
        </w:tc>
      </w:tr>
    </w:tbl>
    <w:p>
      <w:pPr>
        <w:spacing w:after="0" w:line="144" w:lineRule="auto"/>
      </w:pPr>
    </w:p>
    <w:p>
      <w:pPr>
        <w:spacing w:after="40"/>
      </w:pPr>
      <w:r>
        <w:rPr>
          <w:rFonts w:ascii="Lato" w:hAnsi="Lato" w:eastAsia="Lato"/>
          <w:b w:val="0"/>
          <w:i w:val="0"/>
        </w:rPr>
        <w:t>The Licensor and the Licensee are each a “Party” and together the “Parties”. The designer and author of the design(s) is Kurt Wollton (the “Designer”).</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02   </w:t>
      </w:r>
      <w:r>
        <w:rPr>
          <w:rFonts w:ascii="Libre Baskerville" w:hAnsi="Libre Baskerville" w:eastAsia="Libre Baskerville"/>
          <w:b/>
          <w:i w:val="0"/>
          <w:color w:val="1A1A1A"/>
          <w:sz w:val="19"/>
        </w:rPr>
        <w:t>LICENSED DESIGN(S)</w:t>
      </w:r>
    </w:p>
    <w:tbl>
      <w:tblPr>
        <w:tblW w:type="auto" w:w="0"/>
        <w:jc w:val="center"/>
        <w:tblLook w:firstColumn="1" w:firstRow="1" w:lastColumn="0" w:lastRow="0" w:noHBand="0" w:noVBand="1" w:val="04A0"/>
        <w:tblBorders>
          <w:top w:val="single" w:sz="4" w:color="C9B79A"/>
          <w:left w:val="nil"/>
          <w:bottom w:val="single" w:sz="4" w:color="C9B79A"/>
          <w:right w:val="nil"/>
          <w:insideH w:val="single" w:sz="4" w:color="C9B79A"/>
          <w:insideV w:val="nil"/>
        </w:tblBorders>
        <w:tblLayout w:type="fixed"/>
        <w:tblCellMar>
          <w:top w:w="40" w:type="dxa"/>
          <w:left w:w="80" w:type="dxa"/>
          <w:bottom w:w="40" w:type="dxa"/>
          <w:right w:w="80" w:type="dxa"/>
        </w:tblCellMar>
        <w:tblLayout w:type="fixed"/>
      </w:tblPr>
      <w:tblGrid>
        <w:gridCol w:w="2381"/>
        <w:gridCol w:w="7371"/>
      </w:tblGrid>
      <w:tr>
        <w:trPr>
          <w:cantSplit/>
        </w:trPr>
        <w:tc>
          <w:tcPr>
            <w:tcW w:type="dxa" w:w="2381"/>
          </w:tcPr>
          <w:p>
            <w:pPr>
              <w:spacing w:after="0"/>
            </w:pPr>
            <w:r>
              <w:rPr>
                <w:rFonts w:ascii="Lato" w:hAnsi="Lato" w:eastAsia="Lato"/>
                <w:b/>
                <w:i w:val="0"/>
                <w:color w:val="6B6660"/>
                <w:sz w:val="16"/>
              </w:rPr>
              <w:t>Design title(s)</w:t>
            </w:r>
          </w:p>
        </w:tc>
        <w:tc>
          <w:tcPr>
            <w:tcW w:type="dxa" w:w="7370"/>
          </w:tcPr>
          <w:p>
            <w:pPr>
              <w:spacing w:after="0"/>
            </w:pPr>
            <w:r>
              <w:rPr>
                <w:rFonts w:ascii="Lato" w:hAnsi="Lato" w:eastAsia="Lato"/>
                <w:b w:val="0"/>
                <w:i w:val="0"/>
                <w:sz w:val="17"/>
              </w:rPr>
              <w:t>_____________________________________________________________________________</w:t>
            </w:r>
          </w:p>
        </w:tc>
      </w:tr>
      <w:tr>
        <w:trPr>
          <w:cantSplit/>
        </w:trPr>
        <w:tc>
          <w:tcPr>
            <w:tcW w:type="dxa" w:w="2381"/>
          </w:tcPr>
          <w:p>
            <w:pPr>
              <w:spacing w:after="0"/>
            </w:pPr>
            <w:r>
              <w:rPr>
                <w:rFonts w:ascii="Lato" w:hAnsi="Lato" w:eastAsia="Lato"/>
                <w:b/>
                <w:i w:val="0"/>
                <w:color w:val="6B6660"/>
                <w:sz w:val="16"/>
              </w:rPr>
              <w:t>Design reference</w:t>
            </w:r>
          </w:p>
        </w:tc>
        <w:tc>
          <w:tcPr>
            <w:tcW w:type="dxa" w:w="7370"/>
          </w:tcPr>
          <w:p>
            <w:pPr>
              <w:spacing w:after="0"/>
            </w:pPr>
            <w:r>
              <w:rPr>
                <w:rFonts w:ascii="DejaVu Sans" w:hAnsi="DejaVu Sans" w:eastAsia="DejaVu Sans"/>
                <w:b w:val="0"/>
                <w:i w:val="0"/>
                <w:color w:val="1A1A1A"/>
                <w:sz w:val="20"/>
              </w:rPr>
              <w:t>☐</w:t>
            </w:r>
            <w:r>
              <w:rPr>
                <w:rFonts w:ascii="Lato" w:hAnsi="Lato" w:eastAsia="Lato"/>
                <w:b w:val="0"/>
                <w:i w:val="0"/>
                <w:sz w:val="17"/>
              </w:rPr>
              <w:t xml:space="preserve"> Reference image(s) attached as </w:t>
            </w:r>
            <w:r>
              <w:rPr>
                <w:rFonts w:ascii="Lato" w:hAnsi="Lato" w:eastAsia="Lato"/>
                <w:b/>
                <w:i w:val="0"/>
                <w:sz w:val="17"/>
              </w:rPr>
              <w:t>Appendix A</w:t>
            </w:r>
            <w:r>
              <w:rPr>
                <w:rFonts w:ascii="Lato" w:hAnsi="Lato" w:eastAsia="Lato"/>
                <w:b w:val="0"/>
                <w:i w:val="0"/>
                <w:sz w:val="17"/>
              </w:rPr>
              <w:t xml:space="preserve">      Reference / file code(s): ________________________</w:t>
            </w:r>
          </w:p>
        </w:tc>
      </w:tr>
      <w:tr>
        <w:trPr>
          <w:cantSplit/>
        </w:trPr>
        <w:tc>
          <w:tcPr>
            <w:tcW w:type="dxa" w:w="2381"/>
          </w:tcPr>
          <w:p>
            <w:pPr>
              <w:spacing w:after="0"/>
            </w:pPr>
            <w:r>
              <w:rPr>
                <w:rFonts w:ascii="Lato" w:hAnsi="Lato" w:eastAsia="Lato"/>
                <w:b/>
                <w:i w:val="0"/>
                <w:color w:val="6B6660"/>
                <w:sz w:val="16"/>
              </w:rPr>
              <w:t>Description</w:t>
            </w:r>
          </w:p>
        </w:tc>
        <w:tc>
          <w:tcPr>
            <w:tcW w:type="dxa" w:w="7370"/>
          </w:tcPr>
          <w:p>
            <w:pPr>
              <w:spacing w:after="0"/>
            </w:pPr>
            <w:r>
              <w:rPr>
                <w:rFonts w:ascii="Lato" w:hAnsi="Lato" w:eastAsia="Lato"/>
                <w:b w:val="0"/>
                <w:i w:val="0"/>
                <w:sz w:val="17"/>
              </w:rPr>
              <w:t xml:space="preserve">Original artwork, </w:t>
            </w:r>
            <w:r>
              <w:rPr>
                <w:rFonts w:ascii="Lato" w:hAnsi="Lato" w:eastAsia="Lato"/>
                <w:b/>
                <w:i w:val="0"/>
                <w:sz w:val="17"/>
              </w:rPr>
              <w:t>hand-drawn digitally</w:t>
            </w:r>
            <w:r>
              <w:rPr>
                <w:rFonts w:ascii="Lato" w:hAnsi="Lato" w:eastAsia="Lato"/>
                <w:b w:val="0"/>
                <w:i w:val="0"/>
                <w:sz w:val="17"/>
              </w:rPr>
              <w:t xml:space="preserve"> by the Designer.   Colourways: ______________________</w:t>
            </w:r>
          </w:p>
        </w:tc>
      </w:tr>
      <w:tr>
        <w:trPr>
          <w:cantSplit/>
        </w:trPr>
        <w:tc>
          <w:tcPr>
            <w:tcW w:type="dxa" w:w="2381"/>
          </w:tcPr>
          <w:p>
            <w:pPr>
              <w:spacing w:after="0"/>
            </w:pPr>
            <w:r>
              <w:rPr>
                <w:rFonts w:ascii="Lato" w:hAnsi="Lato" w:eastAsia="Lato"/>
                <w:b/>
                <w:i w:val="0"/>
                <w:color w:val="6B6660"/>
                <w:sz w:val="16"/>
              </w:rPr>
              <w:t>Number of designs</w:t>
            </w:r>
          </w:p>
        </w:tc>
        <w:tc>
          <w:tcPr>
            <w:tcW w:type="dxa" w:w="7370"/>
          </w:tcPr>
          <w:p>
            <w:pPr>
              <w:spacing w:after="0"/>
            </w:pPr>
            <w:r>
              <w:rPr>
                <w:rFonts w:ascii="Lato" w:hAnsi="Lato" w:eastAsia="Lato"/>
                <w:b w:val="0"/>
                <w:i w:val="0"/>
                <w:sz w:val="17"/>
              </w:rPr>
              <w:t>______     (each a “Design”; together the “Designs”)</w:t>
            </w:r>
          </w:p>
        </w:tc>
      </w:tr>
    </w:tbl>
    <w:p>
      <w:pPr>
        <w:spacing w:after="0" w:line="144" w:lineRule="auto"/>
      </w:pPr>
    </w:p>
    <w:p>
      <w:pPr>
        <w:keepNext/>
        <w:spacing w:before="140" w:after="50"/>
        <w:pBdr>
          <w:bottom w:val="single" w:sz="4" w:space="1" w:color="C9B79A"/>
        </w:pBdr>
      </w:pPr>
      <w:r>
        <w:rPr>
          <w:rFonts w:ascii="Libre Baskerville" w:hAnsi="Libre Baskerville" w:eastAsia="Libre Baskerville"/>
          <w:b w:val="0"/>
          <w:i w:val="0"/>
          <w:color w:val="B89F7A"/>
          <w:sz w:val="18"/>
        </w:rPr>
        <w:t xml:space="preserve">03   </w:t>
      </w:r>
      <w:r>
        <w:rPr>
          <w:rFonts w:ascii="Libre Baskerville" w:hAnsi="Libre Baskerville" w:eastAsia="Libre Baskerville"/>
          <w:b/>
          <w:i w:val="0"/>
          <w:color w:val="1A1A1A"/>
          <w:sz w:val="19"/>
        </w:rPr>
        <w:t>TYPE OF AGREEMENT (TICK ONE)</w:t>
      </w:r>
    </w:p>
    <w:p>
      <w:pPr>
        <w:spacing w:after="40"/>
      </w:pPr>
      <w:r>
        <w:rPr>
          <w:rFonts w:ascii="DejaVu Sans" w:hAnsi="DejaVu Sans" w:eastAsia="DejaVu Sans"/>
          <w:b w:val="0"/>
          <w:i w:val="0"/>
          <w:color w:val="1A1A1A"/>
          <w:sz w:val="20"/>
        </w:rPr>
        <w:t>☐</w:t>
      </w:r>
      <w:r>
        <w:rPr>
          <w:rFonts w:ascii="Lato" w:hAnsi="Lato" w:eastAsia="Lato"/>
          <w:b w:val="0"/>
          <w:i w:val="0"/>
        </w:rPr>
        <w:t xml:space="preserve">  </w:t>
      </w:r>
      <w:r>
        <w:rPr>
          <w:rFonts w:ascii="Lato" w:hAnsi="Lato" w:eastAsia="Lato"/>
          <w:b/>
          <w:i w:val="0"/>
        </w:rPr>
        <w:t>Licence</w:t>
      </w:r>
      <w:r>
        <w:rPr>
          <w:rFonts w:ascii="Lato" w:hAnsi="Lato" w:eastAsia="Lato"/>
          <w:b w:val="0"/>
          <w:i w:val="0"/>
        </w:rPr>
        <w:t xml:space="preserve"> — the Licensor keeps ownership of the copyright and grants the Licensee permission to use the Design(s) on the terms in Sections 4 to 6.</w:t>
      </w:r>
    </w:p>
    <w:p>
      <w:pPr>
        <w:spacing w:after="40"/>
      </w:pPr>
      <w:r>
        <w:rPr>
          <w:rFonts w:ascii="DejaVu Sans" w:hAnsi="DejaVu Sans" w:eastAsia="DejaVu Sans"/>
          <w:b w:val="0"/>
          <w:i w:val="0"/>
          <w:color w:val="1A1A1A"/>
          <w:sz w:val="20"/>
        </w:rPr>
        <w:t>☐</w:t>
      </w:r>
      <w:r>
        <w:rPr>
          <w:rFonts w:ascii="Lato" w:hAnsi="Lato" w:eastAsia="Lato"/>
          <w:b w:val="0"/>
          <w:i w:val="0"/>
        </w:rPr>
        <w:t xml:space="preserve">  </w:t>
      </w:r>
      <w:r>
        <w:rPr>
          <w:rFonts w:ascii="Lato" w:hAnsi="Lato" w:eastAsia="Lato"/>
          <w:b/>
          <w:i w:val="0"/>
        </w:rPr>
        <w:t>Full copyright assignment (buyout)</w:t>
      </w:r>
      <w:r>
        <w:rPr>
          <w:rFonts w:ascii="Lato" w:hAnsi="Lato" w:eastAsia="Lato"/>
          <w:b w:val="0"/>
          <w:i w:val="0"/>
        </w:rPr>
        <w:t xml:space="preserve"> — on receipt of full payment, the Licensor assigns all copyright in the Design(s) to the Licensee for the territory and purposes stated below. The assignment takes effect only when made in writing and signed by the Licensor, as required by the Copyright Act 1987. Sections 4.2 to 4.4 (scope) and 10 (restrictions) do not apply after assignment, but Sections 8 and 12 (credit and moral rights) continue to apply.</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04   </w:t>
      </w:r>
      <w:r>
        <w:rPr>
          <w:rFonts w:ascii="Libre Baskerville" w:hAnsi="Libre Baskerville" w:eastAsia="Libre Baskerville"/>
          <w:b/>
          <w:i w:val="0"/>
          <w:color w:val="1A1A1A"/>
          <w:sz w:val="19"/>
        </w:rPr>
        <w:t>GRANT OF LICENCE</w:t>
      </w:r>
    </w:p>
    <w:p>
      <w:pPr>
        <w:spacing w:after="40"/>
      </w:pPr>
      <w:r>
        <w:rPr>
          <w:rFonts w:ascii="Lato" w:hAnsi="Lato" w:eastAsia="Lato"/>
          <w:b/>
          <w:i w:val="0"/>
        </w:rPr>
        <w:t>4.1  Exclusivity:</w:t>
      </w:r>
      <w:r>
        <w:rPr>
          <w:rFonts w:ascii="Lato" w:hAnsi="Lato" w:eastAsia="Lato"/>
          <w:b w:val="0"/>
          <w:i w:val="0"/>
        </w:rPr>
        <w:t xml:space="preserve">   </w:t>
      </w:r>
      <w:r>
        <w:rPr>
          <w:rFonts w:ascii="DejaVu Sans" w:hAnsi="DejaVu Sans" w:eastAsia="DejaVu Sans"/>
          <w:b w:val="0"/>
          <w:i w:val="0"/>
          <w:color w:val="1A1A1A"/>
          <w:sz w:val="20"/>
        </w:rPr>
        <w:t>☐</w:t>
      </w:r>
      <w:r>
        <w:rPr>
          <w:rFonts w:ascii="Lato" w:hAnsi="Lato" w:eastAsia="Lato"/>
          <w:b w:val="0"/>
          <w:i w:val="0"/>
        </w:rPr>
        <w:t xml:space="preserve"> Exclusive (the Licensor will not license the same Design(s) to others for the same use and territory during the Term)     </w:t>
      </w:r>
      <w:r>
        <w:rPr>
          <w:rFonts w:ascii="DejaVu Sans" w:hAnsi="DejaVu Sans" w:eastAsia="DejaVu Sans"/>
          <w:b w:val="0"/>
          <w:i w:val="0"/>
          <w:color w:val="1A1A1A"/>
          <w:sz w:val="20"/>
        </w:rPr>
        <w:t>☐</w:t>
      </w:r>
      <w:r>
        <w:rPr>
          <w:rFonts w:ascii="Lato" w:hAnsi="Lato" w:eastAsia="Lato"/>
          <w:b w:val="0"/>
          <w:i w:val="0"/>
        </w:rPr>
        <w:t xml:space="preserve"> Non-exclusive</w:t>
      </w:r>
    </w:p>
    <w:p>
      <w:pPr>
        <w:spacing w:after="40"/>
      </w:pPr>
      <w:r>
        <w:rPr>
          <w:rFonts w:ascii="Lato" w:hAnsi="Lato" w:eastAsia="Lato"/>
          <w:b/>
          <w:i w:val="0"/>
        </w:rPr>
        <w:t>4.2  Permitted use (product categories):</w:t>
      </w:r>
      <w:r>
        <w:rPr>
          <w:rFonts w:ascii="Lato" w:hAnsi="Lato" w:eastAsia="Lato"/>
          <w:b w:val="0"/>
          <w:i w:val="0"/>
        </w:rPr>
        <w:t xml:space="preserve">   </w:t>
      </w:r>
      <w:r>
        <w:rPr>
          <w:rFonts w:ascii="DejaVu Sans" w:hAnsi="DejaVu Sans" w:eastAsia="DejaVu Sans"/>
          <w:b w:val="0"/>
          <w:i w:val="0"/>
          <w:color w:val="1A1A1A"/>
          <w:sz w:val="20"/>
        </w:rPr>
        <w:t>☐</w:t>
      </w:r>
      <w:r>
        <w:rPr>
          <w:rFonts w:ascii="Lato" w:hAnsi="Lato" w:eastAsia="Lato"/>
          <w:b w:val="0"/>
          <w:i w:val="0"/>
        </w:rPr>
        <w:t xml:space="preserve"> Apparel   </w:t>
      </w:r>
      <w:r>
        <w:rPr>
          <w:rFonts w:ascii="DejaVu Sans" w:hAnsi="DejaVu Sans" w:eastAsia="DejaVu Sans"/>
          <w:b w:val="0"/>
          <w:i w:val="0"/>
          <w:color w:val="1A1A1A"/>
          <w:sz w:val="20"/>
        </w:rPr>
        <w:t>☐</w:t>
      </w:r>
      <w:r>
        <w:rPr>
          <w:rFonts w:ascii="Lato" w:hAnsi="Lato" w:eastAsia="Lato"/>
          <w:b w:val="0"/>
          <w:i w:val="0"/>
        </w:rPr>
        <w:t xml:space="preserve"> Scarves &amp; shawls   </w:t>
      </w:r>
      <w:r>
        <w:rPr>
          <w:rFonts w:ascii="DejaVu Sans" w:hAnsi="DejaVu Sans" w:eastAsia="DejaVu Sans"/>
          <w:b w:val="0"/>
          <w:i w:val="0"/>
          <w:color w:val="1A1A1A"/>
          <w:sz w:val="20"/>
        </w:rPr>
        <w:t>☐</w:t>
      </w:r>
      <w:r>
        <w:rPr>
          <w:rFonts w:ascii="Lato" w:hAnsi="Lato" w:eastAsia="Lato"/>
          <w:b w:val="0"/>
          <w:i w:val="0"/>
        </w:rPr>
        <w:t xml:space="preserve"> Packaging   </w:t>
      </w:r>
      <w:r>
        <w:rPr>
          <w:rFonts w:ascii="DejaVu Sans" w:hAnsi="DejaVu Sans" w:eastAsia="DejaVu Sans"/>
          <w:b w:val="0"/>
          <w:i w:val="0"/>
          <w:color w:val="1A1A1A"/>
          <w:sz w:val="20"/>
        </w:rPr>
        <w:t>☐</w:t>
      </w:r>
      <w:r>
        <w:rPr>
          <w:rFonts w:ascii="Lato" w:hAnsi="Lato" w:eastAsia="Lato"/>
          <w:b w:val="0"/>
          <w:i w:val="0"/>
        </w:rPr>
        <w:t xml:space="preserve"> Merchandise   </w:t>
      </w:r>
      <w:r>
        <w:rPr>
          <w:rFonts w:ascii="DejaVu Sans" w:hAnsi="DejaVu Sans" w:eastAsia="DejaVu Sans"/>
          <w:b w:val="0"/>
          <w:i w:val="0"/>
          <w:color w:val="1A1A1A"/>
          <w:sz w:val="20"/>
        </w:rPr>
        <w:t>☐</w:t>
      </w:r>
      <w:r>
        <w:rPr>
          <w:rFonts w:ascii="Lato" w:hAnsi="Lato" w:eastAsia="Lato"/>
          <w:b w:val="0"/>
          <w:i w:val="0"/>
        </w:rPr>
        <w:t xml:space="preserve"> Digital use (online, social media, e-commerce)   </w:t>
      </w:r>
      <w:r>
        <w:rPr>
          <w:rFonts w:ascii="DejaVu Sans" w:hAnsi="DejaVu Sans" w:eastAsia="DejaVu Sans"/>
          <w:b w:val="0"/>
          <w:i w:val="0"/>
          <w:color w:val="1A1A1A"/>
          <w:sz w:val="20"/>
        </w:rPr>
        <w:t>☐</w:t>
      </w:r>
      <w:r>
        <w:rPr>
          <w:rFonts w:ascii="Lato" w:hAnsi="Lato" w:eastAsia="Lato"/>
          <w:b w:val="0"/>
          <w:i w:val="0"/>
        </w:rPr>
        <w:t xml:space="preserve"> Print / stationery   </w:t>
      </w:r>
      <w:r>
        <w:rPr>
          <w:rFonts w:ascii="DejaVu Sans" w:hAnsi="DejaVu Sans" w:eastAsia="DejaVu Sans"/>
          <w:b w:val="0"/>
          <w:i w:val="0"/>
          <w:color w:val="1A1A1A"/>
          <w:sz w:val="20"/>
        </w:rPr>
        <w:t>☐</w:t>
      </w:r>
      <w:r>
        <w:rPr>
          <w:rFonts w:ascii="Lato" w:hAnsi="Lato" w:eastAsia="Lato"/>
          <w:b w:val="0"/>
          <w:i w:val="0"/>
        </w:rPr>
        <w:t xml:space="preserve"> Other: ______________________________</w:t>
      </w:r>
    </w:p>
    <w:p>
      <w:pPr>
        <w:spacing w:after="40"/>
      </w:pPr>
      <w:r>
        <w:rPr>
          <w:rFonts w:ascii="Lato" w:hAnsi="Lato" w:eastAsia="Lato"/>
          <w:b/>
          <w:i w:val="0"/>
        </w:rPr>
        <w:t>4.3  Quantity limit (if any):</w:t>
      </w:r>
      <w:r>
        <w:rPr>
          <w:rFonts w:ascii="Lato" w:hAnsi="Lato" w:eastAsia="Lato"/>
          <w:b w:val="0"/>
          <w:i w:val="0"/>
        </w:rPr>
        <w:t xml:space="preserve">  </w:t>
      </w:r>
      <w:r>
        <w:rPr>
          <w:rFonts w:ascii="DejaVu Sans" w:hAnsi="DejaVu Sans" w:eastAsia="DejaVu Sans"/>
          <w:b w:val="0"/>
          <w:i w:val="0"/>
          <w:color w:val="1A1A1A"/>
          <w:sz w:val="20"/>
        </w:rPr>
        <w:t>☐</w:t>
      </w:r>
      <w:r>
        <w:rPr>
          <w:rFonts w:ascii="Lato" w:hAnsi="Lato" w:eastAsia="Lato"/>
          <w:b w:val="0"/>
          <w:i w:val="0"/>
        </w:rPr>
        <w:t xml:space="preserve"> Unlimited   </w:t>
      </w:r>
      <w:r>
        <w:rPr>
          <w:rFonts w:ascii="DejaVu Sans" w:hAnsi="DejaVu Sans" w:eastAsia="DejaVu Sans"/>
          <w:b w:val="0"/>
          <w:i w:val="0"/>
          <w:color w:val="1A1A1A"/>
          <w:sz w:val="20"/>
        </w:rPr>
        <w:t>☐</w:t>
      </w:r>
      <w:r>
        <w:rPr>
          <w:rFonts w:ascii="Lato" w:hAnsi="Lato" w:eastAsia="Lato"/>
          <w:b w:val="0"/>
          <w:i w:val="0"/>
        </w:rPr>
        <w:t xml:space="preserve"> Up to __________ units per product / production run</w:t>
      </w:r>
    </w:p>
    <w:p>
      <w:pPr>
        <w:spacing w:after="40"/>
      </w:pPr>
      <w:r>
        <w:rPr>
          <w:rFonts w:ascii="Lato" w:hAnsi="Lato" w:eastAsia="Lato"/>
          <w:b/>
          <w:i w:val="0"/>
        </w:rPr>
        <w:t>4.4  Territory:</w:t>
      </w:r>
      <w:r>
        <w:rPr>
          <w:rFonts w:ascii="Lato" w:hAnsi="Lato" w:eastAsia="Lato"/>
          <w:b w:val="0"/>
          <w:i w:val="0"/>
        </w:rPr>
        <w:t xml:space="preserve">   </w:t>
      </w:r>
      <w:r>
        <w:rPr>
          <w:rFonts w:ascii="DejaVu Sans" w:hAnsi="DejaVu Sans" w:eastAsia="DejaVu Sans"/>
          <w:b w:val="0"/>
          <w:i w:val="0"/>
          <w:color w:val="1A1A1A"/>
          <w:sz w:val="20"/>
        </w:rPr>
        <w:t>☐</w:t>
      </w:r>
      <w:r>
        <w:rPr>
          <w:rFonts w:ascii="Lato" w:hAnsi="Lato" w:eastAsia="Lato"/>
          <w:b w:val="0"/>
          <w:i w:val="0"/>
        </w:rPr>
        <w:t xml:space="preserve"> Malaysia   </w:t>
      </w:r>
      <w:r>
        <w:rPr>
          <w:rFonts w:ascii="DejaVu Sans" w:hAnsi="DejaVu Sans" w:eastAsia="DejaVu Sans"/>
          <w:b w:val="0"/>
          <w:i w:val="0"/>
          <w:color w:val="1A1A1A"/>
          <w:sz w:val="20"/>
        </w:rPr>
        <w:t>☐</w:t>
      </w:r>
      <w:r>
        <w:rPr>
          <w:rFonts w:ascii="Lato" w:hAnsi="Lato" w:eastAsia="Lato"/>
          <w:b w:val="0"/>
          <w:i w:val="0"/>
        </w:rPr>
        <w:t xml:space="preserve"> Southeast Asia   </w:t>
      </w:r>
      <w:r>
        <w:rPr>
          <w:rFonts w:ascii="DejaVu Sans" w:hAnsi="DejaVu Sans" w:eastAsia="DejaVu Sans"/>
          <w:b w:val="0"/>
          <w:i w:val="0"/>
          <w:color w:val="1A1A1A"/>
          <w:sz w:val="20"/>
        </w:rPr>
        <w:t>☐</w:t>
      </w:r>
      <w:r>
        <w:rPr>
          <w:rFonts w:ascii="Lato" w:hAnsi="Lato" w:eastAsia="Lato"/>
          <w:b w:val="0"/>
          <w:i w:val="0"/>
        </w:rPr>
        <w:t xml:space="preserve"> Worldwide   </w:t>
      </w:r>
      <w:r>
        <w:rPr>
          <w:rFonts w:ascii="DejaVu Sans" w:hAnsi="DejaVu Sans" w:eastAsia="DejaVu Sans"/>
          <w:b w:val="0"/>
          <w:i w:val="0"/>
          <w:color w:val="1A1A1A"/>
          <w:sz w:val="20"/>
        </w:rPr>
        <w:t>☐</w:t>
      </w:r>
      <w:r>
        <w:rPr>
          <w:rFonts w:ascii="Lato" w:hAnsi="Lato" w:eastAsia="Lato"/>
          <w:b w:val="0"/>
          <w:i w:val="0"/>
        </w:rPr>
        <w:t xml:space="preserve"> Other: ______________________________</w:t>
      </w:r>
    </w:p>
    <w:p>
      <w:pPr>
        <w:spacing w:after="40"/>
      </w:pPr>
      <w:r>
        <w:rPr>
          <w:rFonts w:ascii="Lato" w:hAnsi="Lato" w:eastAsia="Lato"/>
          <w:b w:val="0"/>
          <w:i w:val="0"/>
        </w:rPr>
        <w:t>4.5  Any use outside the ticked categories, quantity or territory needs the Licensor’s prior written consent and may carry an additional fee.</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05   </w:t>
      </w:r>
      <w:r>
        <w:rPr>
          <w:rFonts w:ascii="Libre Baskerville" w:hAnsi="Libre Baskerville" w:eastAsia="Libre Baskerville"/>
          <w:b/>
          <w:i w:val="0"/>
          <w:color w:val="1A1A1A"/>
          <w:sz w:val="19"/>
        </w:rPr>
        <w:t>TERM AND RENEWAL</w:t>
      </w:r>
    </w:p>
    <w:p>
      <w:pPr>
        <w:spacing w:after="40"/>
      </w:pPr>
      <w:r>
        <w:rPr>
          <w:rFonts w:ascii="Lato" w:hAnsi="Lato" w:eastAsia="Lato"/>
          <w:b/>
          <w:i w:val="0"/>
        </w:rPr>
        <w:t>5.1  Start date:</w:t>
      </w:r>
      <w:r>
        <w:rPr>
          <w:rFonts w:ascii="Lato" w:hAnsi="Lato" w:eastAsia="Lato"/>
          <w:b w:val="0"/>
          <w:i w:val="0"/>
        </w:rPr>
        <w:t xml:space="preserve"> ____ / ____ / ________      </w:t>
      </w:r>
      <w:r>
        <w:rPr>
          <w:rFonts w:ascii="Lato" w:hAnsi="Lato" w:eastAsia="Lato"/>
          <w:b/>
          <w:i w:val="0"/>
        </w:rPr>
        <w:t>Duration:</w:t>
      </w:r>
      <w:r>
        <w:rPr>
          <w:rFonts w:ascii="Lato" w:hAnsi="Lato" w:eastAsia="Lato"/>
          <w:b w:val="0"/>
          <w:i w:val="0"/>
        </w:rPr>
        <w:t xml:space="preserve">  </w:t>
      </w:r>
      <w:r>
        <w:rPr>
          <w:rFonts w:ascii="DejaVu Sans" w:hAnsi="DejaVu Sans" w:eastAsia="DejaVu Sans"/>
          <w:b w:val="0"/>
          <w:i w:val="0"/>
          <w:color w:val="1A1A1A"/>
          <w:sz w:val="20"/>
        </w:rPr>
        <w:t>☐</w:t>
      </w:r>
      <w:r>
        <w:rPr>
          <w:rFonts w:ascii="Lato" w:hAnsi="Lato" w:eastAsia="Lato"/>
          <w:b w:val="0"/>
          <w:i w:val="0"/>
        </w:rPr>
        <w:t xml:space="preserve"> 6 months   </w:t>
      </w:r>
      <w:r>
        <w:rPr>
          <w:rFonts w:ascii="DejaVu Sans" w:hAnsi="DejaVu Sans" w:eastAsia="DejaVu Sans"/>
          <w:b w:val="0"/>
          <w:i w:val="0"/>
          <w:color w:val="1A1A1A"/>
          <w:sz w:val="20"/>
        </w:rPr>
        <w:t>☐</w:t>
      </w:r>
      <w:r>
        <w:rPr>
          <w:rFonts w:ascii="Lato" w:hAnsi="Lato" w:eastAsia="Lato"/>
          <w:b w:val="0"/>
          <w:i w:val="0"/>
        </w:rPr>
        <w:t xml:space="preserve"> 1 year   </w:t>
      </w:r>
      <w:r>
        <w:rPr>
          <w:rFonts w:ascii="DejaVu Sans" w:hAnsi="DejaVu Sans" w:eastAsia="DejaVu Sans"/>
          <w:b w:val="0"/>
          <w:i w:val="0"/>
          <w:color w:val="1A1A1A"/>
          <w:sz w:val="20"/>
        </w:rPr>
        <w:t>☐</w:t>
      </w:r>
      <w:r>
        <w:rPr>
          <w:rFonts w:ascii="Lato" w:hAnsi="Lato" w:eastAsia="Lato"/>
          <w:b w:val="0"/>
          <w:i w:val="0"/>
        </w:rPr>
        <w:t xml:space="preserve"> 2 years   </w:t>
      </w:r>
      <w:r>
        <w:rPr>
          <w:rFonts w:ascii="DejaVu Sans" w:hAnsi="DejaVu Sans" w:eastAsia="DejaVu Sans"/>
          <w:b w:val="0"/>
          <w:i w:val="0"/>
          <w:color w:val="1A1A1A"/>
          <w:sz w:val="20"/>
        </w:rPr>
        <w:t>☐</w:t>
      </w:r>
      <w:r>
        <w:rPr>
          <w:rFonts w:ascii="Lato" w:hAnsi="Lato" w:eastAsia="Lato"/>
          <w:b w:val="0"/>
          <w:i w:val="0"/>
        </w:rPr>
        <w:t xml:space="preserve"> Other: ____________   (the “Term”)</w:t>
      </w:r>
    </w:p>
    <w:p>
      <w:pPr>
        <w:spacing w:after="40"/>
      </w:pPr>
      <w:r>
        <w:rPr>
          <w:rFonts w:ascii="Lato" w:hAnsi="Lato" w:eastAsia="Lato"/>
          <w:b/>
          <w:i w:val="0"/>
        </w:rPr>
        <w:t>5.2  Renewal:</w:t>
      </w:r>
      <w:r>
        <w:rPr>
          <w:rFonts w:ascii="Lato" w:hAnsi="Lato" w:eastAsia="Lato"/>
          <w:b w:val="0"/>
          <w:i w:val="0"/>
        </w:rPr>
        <w:t xml:space="preserve">  </w:t>
      </w:r>
      <w:r>
        <w:rPr>
          <w:rFonts w:ascii="DejaVu Sans" w:hAnsi="DejaVu Sans" w:eastAsia="DejaVu Sans"/>
          <w:b w:val="0"/>
          <w:i w:val="0"/>
          <w:color w:val="1A1A1A"/>
          <w:sz w:val="20"/>
        </w:rPr>
        <w:t>☐</w:t>
      </w:r>
      <w:r>
        <w:rPr>
          <w:rFonts w:ascii="Lato" w:hAnsi="Lato" w:eastAsia="Lato"/>
          <w:b w:val="0"/>
          <w:i w:val="0"/>
        </w:rPr>
        <w:t xml:space="preserve"> No renewal   </w:t>
      </w:r>
      <w:r>
        <w:rPr>
          <w:rFonts w:ascii="DejaVu Sans" w:hAnsi="DejaVu Sans" w:eastAsia="DejaVu Sans"/>
          <w:b w:val="0"/>
          <w:i w:val="0"/>
          <w:color w:val="1A1A1A"/>
          <w:sz w:val="20"/>
        </w:rPr>
        <w:t>☐</w:t>
      </w:r>
      <w:r>
        <w:rPr>
          <w:rFonts w:ascii="Lato" w:hAnsi="Lato" w:eastAsia="Lato"/>
          <w:b w:val="0"/>
          <w:i w:val="0"/>
        </w:rPr>
        <w:t xml:space="preserve"> Renewable by mutual written agreement. The Licensee should request renewal at least ______ days before the Term ends. Renewal terms and fees will be agreed at that time.</w:t>
      </w:r>
    </w:p>
    <w:p>
      <w:pPr>
        <w:spacing w:after="40"/>
      </w:pPr>
      <w:r>
        <w:rPr>
          <w:rFonts w:ascii="Lato" w:hAnsi="Lato" w:eastAsia="Lato"/>
          <w:b/>
          <w:i w:val="0"/>
        </w:rPr>
        <w:t>5.3  Sell-off period:</w:t>
      </w:r>
      <w:r>
        <w:rPr>
          <w:rFonts w:ascii="Lato" w:hAnsi="Lato" w:eastAsia="Lato"/>
          <w:b w:val="0"/>
          <w:i w:val="0"/>
        </w:rPr>
        <w:t xml:space="preserve"> after the Term ends (other than by termination for breach), the Licensee may sell existing stock for ______ days, after which all use must stop.</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06   </w:t>
      </w:r>
      <w:r>
        <w:rPr>
          <w:rFonts w:ascii="Libre Baskerville" w:hAnsi="Libre Baskerville" w:eastAsia="Libre Baskerville"/>
          <w:b/>
          <w:i w:val="0"/>
          <w:color w:val="1A1A1A"/>
          <w:sz w:val="19"/>
        </w:rPr>
        <w:t>FEES AND PAYMENT</w:t>
      </w:r>
    </w:p>
    <w:tbl>
      <w:tblPr>
        <w:tblW w:type="auto" w:w="0"/>
        <w:jc w:val="center"/>
        <w:tblLook w:firstColumn="1" w:firstRow="1" w:lastColumn="0" w:lastRow="0" w:noHBand="0" w:noVBand="1" w:val="04A0"/>
        <w:tblBorders>
          <w:top w:val="single" w:sz="4" w:color="C9B79A"/>
          <w:left w:val="nil"/>
          <w:bottom w:val="single" w:sz="4" w:color="C9B79A"/>
          <w:right w:val="nil"/>
          <w:insideH w:val="single" w:sz="4" w:color="C9B79A"/>
          <w:insideV w:val="nil"/>
        </w:tblBorders>
        <w:tblLayout w:type="fixed"/>
        <w:tblCellMar>
          <w:top w:w="40" w:type="dxa"/>
          <w:left w:w="80" w:type="dxa"/>
          <w:bottom w:w="40" w:type="dxa"/>
          <w:right w:w="80" w:type="dxa"/>
        </w:tblCellMar>
        <w:tblLayout w:type="fixed"/>
      </w:tblPr>
      <w:tblGrid>
        <w:gridCol w:w="2381"/>
        <w:gridCol w:w="7371"/>
      </w:tblGrid>
      <w:tr>
        <w:trPr>
          <w:cantSplit/>
        </w:trPr>
        <w:tc>
          <w:tcPr>
            <w:tcW w:type="dxa" w:w="2381"/>
          </w:tcPr>
          <w:p>
            <w:pPr>
              <w:spacing w:after="0"/>
            </w:pPr>
            <w:r>
              <w:rPr>
                <w:rFonts w:ascii="Lato" w:hAnsi="Lato" w:eastAsia="Lato"/>
                <w:b/>
                <w:i w:val="0"/>
                <w:color w:val="6B6660"/>
                <w:sz w:val="16"/>
              </w:rPr>
              <w:t>Licence / buyout fee</w:t>
            </w:r>
          </w:p>
        </w:tc>
        <w:tc>
          <w:tcPr>
            <w:tcW w:type="dxa" w:w="7370"/>
          </w:tcPr>
          <w:p>
            <w:pPr>
              <w:spacing w:after="0"/>
            </w:pPr>
            <w:r>
              <w:rPr>
                <w:rFonts w:ascii="Lato" w:hAnsi="Lato" w:eastAsia="Lato"/>
                <w:b w:val="0"/>
                <w:i w:val="0"/>
                <w:sz w:val="17"/>
              </w:rPr>
              <w:t xml:space="preserve">RM _____________________     </w:t>
            </w:r>
            <w:r>
              <w:rPr>
                <w:rFonts w:ascii="DejaVu Sans" w:hAnsi="DejaVu Sans" w:eastAsia="DejaVu Sans"/>
                <w:b w:val="0"/>
                <w:i w:val="0"/>
                <w:color w:val="1A1A1A"/>
                <w:sz w:val="20"/>
              </w:rPr>
              <w:t>☐</w:t>
            </w:r>
            <w:r>
              <w:rPr>
                <w:rFonts w:ascii="Lato" w:hAnsi="Lato" w:eastAsia="Lato"/>
                <w:b w:val="0"/>
                <w:i w:val="0"/>
                <w:sz w:val="17"/>
              </w:rPr>
              <w:t xml:space="preserve"> one-off   </w:t>
            </w:r>
            <w:r>
              <w:rPr>
                <w:rFonts w:ascii="DejaVu Sans" w:hAnsi="DejaVu Sans" w:eastAsia="DejaVu Sans"/>
                <w:b w:val="0"/>
                <w:i w:val="0"/>
                <w:color w:val="1A1A1A"/>
                <w:sz w:val="20"/>
              </w:rPr>
              <w:t>☐</w:t>
            </w:r>
            <w:r>
              <w:rPr>
                <w:rFonts w:ascii="Lato" w:hAnsi="Lato" w:eastAsia="Lato"/>
                <w:b w:val="0"/>
                <w:i w:val="0"/>
                <w:sz w:val="17"/>
              </w:rPr>
              <w:t xml:space="preserve"> per year   </w:t>
            </w:r>
            <w:r>
              <w:rPr>
                <w:rFonts w:ascii="DejaVu Sans" w:hAnsi="DejaVu Sans" w:eastAsia="DejaVu Sans"/>
                <w:b w:val="0"/>
                <w:i w:val="0"/>
                <w:color w:val="1A1A1A"/>
                <w:sz w:val="20"/>
              </w:rPr>
              <w:t>☐</w:t>
            </w:r>
            <w:r>
              <w:rPr>
                <w:rFonts w:ascii="Lato" w:hAnsi="Lato" w:eastAsia="Lato"/>
                <w:b w:val="0"/>
                <w:i w:val="0"/>
                <w:sz w:val="17"/>
              </w:rPr>
              <w:t xml:space="preserve"> other: ________________</w:t>
            </w:r>
          </w:p>
        </w:tc>
      </w:tr>
      <w:tr>
        <w:trPr>
          <w:cantSplit/>
        </w:trPr>
        <w:tc>
          <w:tcPr>
            <w:tcW w:type="dxa" w:w="2381"/>
          </w:tcPr>
          <w:p>
            <w:pPr>
              <w:spacing w:after="0"/>
            </w:pPr>
            <w:r>
              <w:rPr>
                <w:rFonts w:ascii="Lato" w:hAnsi="Lato" w:eastAsia="Lato"/>
                <w:b/>
                <w:i w:val="0"/>
                <w:color w:val="6B6660"/>
                <w:sz w:val="16"/>
              </w:rPr>
              <w:t>Royalty</w:t>
            </w:r>
          </w:p>
        </w:tc>
        <w:tc>
          <w:tcPr>
            <w:tcW w:type="dxa" w:w="7370"/>
          </w:tcPr>
          <w:p>
            <w:pPr>
              <w:spacing w:after="0"/>
            </w:pPr>
            <w:r>
              <w:rPr>
                <w:rFonts w:ascii="Lato" w:hAnsi="Lato" w:eastAsia="Lato"/>
                <w:b w:val="0"/>
                <w:i w:val="0"/>
                <w:sz w:val="17"/>
              </w:rPr>
              <w:t xml:space="preserve">________ % of  </w:t>
            </w:r>
            <w:r>
              <w:rPr>
                <w:rFonts w:ascii="DejaVu Sans" w:hAnsi="DejaVu Sans" w:eastAsia="DejaVu Sans"/>
                <w:b w:val="0"/>
                <w:i w:val="0"/>
                <w:color w:val="1A1A1A"/>
                <w:sz w:val="20"/>
              </w:rPr>
              <w:t>☐</w:t>
            </w:r>
            <w:r>
              <w:rPr>
                <w:rFonts w:ascii="Lato" w:hAnsi="Lato" w:eastAsia="Lato"/>
                <w:b w:val="0"/>
                <w:i w:val="0"/>
                <w:sz w:val="17"/>
              </w:rPr>
              <w:t xml:space="preserve"> net sales   </w:t>
            </w:r>
            <w:r>
              <w:rPr>
                <w:rFonts w:ascii="DejaVu Sans" w:hAnsi="DejaVu Sans" w:eastAsia="DejaVu Sans"/>
                <w:b w:val="0"/>
                <w:i w:val="0"/>
                <w:color w:val="1A1A1A"/>
                <w:sz w:val="20"/>
              </w:rPr>
              <w:t>☐</w:t>
            </w:r>
            <w:r>
              <w:rPr>
                <w:rFonts w:ascii="Lato" w:hAnsi="Lato" w:eastAsia="Lato"/>
                <w:b w:val="0"/>
                <w:i w:val="0"/>
                <w:sz w:val="17"/>
              </w:rPr>
              <w:t xml:space="preserve"> wholesale price   </w:t>
            </w:r>
            <w:r>
              <w:rPr>
                <w:rFonts w:ascii="DejaVu Sans" w:hAnsi="DejaVu Sans" w:eastAsia="DejaVu Sans"/>
                <w:b w:val="0"/>
                <w:i w:val="0"/>
                <w:color w:val="1A1A1A"/>
                <w:sz w:val="20"/>
              </w:rPr>
              <w:t>☐</w:t>
            </w:r>
            <w:r>
              <w:rPr>
                <w:rFonts w:ascii="Lato" w:hAnsi="Lato" w:eastAsia="Lato"/>
                <w:b w:val="0"/>
                <w:i w:val="0"/>
                <w:sz w:val="17"/>
              </w:rPr>
              <w:t xml:space="preserve"> other: ________________</w:t>
            </w:r>
          </w:p>
        </w:tc>
      </w:tr>
      <w:tr>
        <w:trPr>
          <w:cantSplit/>
        </w:trPr>
        <w:tc>
          <w:tcPr>
            <w:tcW w:type="dxa" w:w="2381"/>
          </w:tcPr>
          <w:p>
            <w:pPr>
              <w:spacing w:after="0"/>
            </w:pPr>
            <w:r>
              <w:rPr>
                <w:rFonts w:ascii="Lato" w:hAnsi="Lato" w:eastAsia="Lato"/>
                <w:b/>
                <w:i w:val="0"/>
                <w:color w:val="6B6660"/>
                <w:sz w:val="16"/>
              </w:rPr>
              <w:t>Royalty reporting</w:t>
            </w:r>
          </w:p>
        </w:tc>
        <w:tc>
          <w:tcPr>
            <w:tcW w:type="dxa" w:w="7370"/>
          </w:tcPr>
          <w:p>
            <w:pPr>
              <w:spacing w:after="0"/>
            </w:pPr>
            <w:r>
              <w:rPr>
                <w:rFonts w:ascii="Lato" w:hAnsi="Lato" w:eastAsia="Lato"/>
                <w:b w:val="0"/>
                <w:i w:val="0"/>
                <w:sz w:val="17"/>
              </w:rPr>
              <w:t xml:space="preserve">Sales statements and royalty payment every  </w:t>
            </w:r>
            <w:r>
              <w:rPr>
                <w:rFonts w:ascii="DejaVu Sans" w:hAnsi="DejaVu Sans" w:eastAsia="DejaVu Sans"/>
                <w:b w:val="0"/>
                <w:i w:val="0"/>
                <w:color w:val="1A1A1A"/>
                <w:sz w:val="20"/>
              </w:rPr>
              <w:t>☐</w:t>
            </w:r>
            <w:r>
              <w:rPr>
                <w:rFonts w:ascii="Lato" w:hAnsi="Lato" w:eastAsia="Lato"/>
                <w:b w:val="0"/>
                <w:i w:val="0"/>
                <w:sz w:val="17"/>
              </w:rPr>
              <w:t xml:space="preserve"> month   </w:t>
            </w:r>
            <w:r>
              <w:rPr>
                <w:rFonts w:ascii="DejaVu Sans" w:hAnsi="DejaVu Sans" w:eastAsia="DejaVu Sans"/>
                <w:b w:val="0"/>
                <w:i w:val="0"/>
                <w:color w:val="1A1A1A"/>
                <w:sz w:val="20"/>
              </w:rPr>
              <w:t>☐</w:t>
            </w:r>
            <w:r>
              <w:rPr>
                <w:rFonts w:ascii="Lato" w:hAnsi="Lato" w:eastAsia="Lato"/>
                <w:b w:val="0"/>
                <w:i w:val="0"/>
                <w:sz w:val="17"/>
              </w:rPr>
              <w:t xml:space="preserve"> quarter   </w:t>
            </w:r>
            <w:r>
              <w:rPr>
                <w:rFonts w:ascii="DejaVu Sans" w:hAnsi="DejaVu Sans" w:eastAsia="DejaVu Sans"/>
                <w:b w:val="0"/>
                <w:i w:val="0"/>
                <w:color w:val="1A1A1A"/>
                <w:sz w:val="20"/>
              </w:rPr>
              <w:t>☐</w:t>
            </w:r>
            <w:r>
              <w:rPr>
                <w:rFonts w:ascii="Lato" w:hAnsi="Lato" w:eastAsia="Lato"/>
                <w:b w:val="0"/>
                <w:i w:val="0"/>
                <w:sz w:val="17"/>
              </w:rPr>
              <w:t xml:space="preserve"> other: ________________</w:t>
            </w:r>
          </w:p>
        </w:tc>
      </w:tr>
      <w:tr>
        <w:trPr>
          <w:cantSplit/>
        </w:trPr>
        <w:tc>
          <w:tcPr>
            <w:tcW w:type="dxa" w:w="2381"/>
          </w:tcPr>
          <w:p>
            <w:pPr>
              <w:spacing w:after="0"/>
            </w:pPr>
            <w:r>
              <w:rPr>
                <w:rFonts w:ascii="Lato" w:hAnsi="Lato" w:eastAsia="Lato"/>
                <w:b/>
                <w:i w:val="0"/>
                <w:color w:val="6B6660"/>
                <w:sz w:val="16"/>
              </w:rPr>
              <w:t>Deposit</w:t>
            </w:r>
          </w:p>
        </w:tc>
        <w:tc>
          <w:tcPr>
            <w:tcW w:type="dxa" w:w="7370"/>
          </w:tcPr>
          <w:p>
            <w:pPr>
              <w:spacing w:after="0"/>
            </w:pPr>
            <w:r>
              <w:rPr>
                <w:rFonts w:ascii="Lato" w:hAnsi="Lato" w:eastAsia="Lato"/>
                <w:b w:val="0"/>
                <w:i w:val="0"/>
                <w:sz w:val="17"/>
              </w:rPr>
              <w:t xml:space="preserve">________ % / RM ______________ payable on signing. </w:t>
            </w:r>
            <w:r>
              <w:rPr>
                <w:rFonts w:ascii="Lato" w:hAnsi="Lato" w:eastAsia="Lato"/>
                <w:b/>
                <w:i w:val="0"/>
                <w:sz w:val="17"/>
              </w:rPr>
              <w:t>Final files are released only after the deposit is received.</w:t>
            </w:r>
          </w:p>
        </w:tc>
      </w:tr>
      <w:tr>
        <w:trPr>
          <w:cantSplit/>
        </w:trPr>
        <w:tc>
          <w:tcPr>
            <w:tcW w:type="dxa" w:w="2381"/>
          </w:tcPr>
          <w:p>
            <w:pPr>
              <w:spacing w:after="0"/>
            </w:pPr>
            <w:r>
              <w:rPr>
                <w:rFonts w:ascii="Lato" w:hAnsi="Lato" w:eastAsia="Lato"/>
                <w:b/>
                <w:i w:val="0"/>
                <w:color w:val="6B6660"/>
                <w:sz w:val="16"/>
              </w:rPr>
              <w:t>Payment schedule</w:t>
            </w:r>
          </w:p>
        </w:tc>
        <w:tc>
          <w:tcPr>
            <w:tcW w:type="dxa" w:w="7370"/>
          </w:tcPr>
          <w:p>
            <w:pPr>
              <w:spacing w:after="0"/>
            </w:pPr>
            <w:r>
              <w:rPr>
                <w:rFonts w:ascii="Lato" w:hAnsi="Lato" w:eastAsia="Lato"/>
                <w:b w:val="0"/>
                <w:i w:val="0"/>
                <w:sz w:val="17"/>
              </w:rPr>
              <w:t>_____________________________________________________________________________</w:t>
            </w:r>
          </w:p>
        </w:tc>
      </w:tr>
      <w:tr>
        <w:trPr>
          <w:cantSplit/>
        </w:trPr>
        <w:tc>
          <w:tcPr>
            <w:tcW w:type="dxa" w:w="2381"/>
          </w:tcPr>
          <w:p>
            <w:pPr>
              <w:spacing w:after="0"/>
            </w:pPr>
            <w:r>
              <w:rPr>
                <w:rFonts w:ascii="Lato" w:hAnsi="Lato" w:eastAsia="Lato"/>
                <w:b/>
                <w:i w:val="0"/>
                <w:color w:val="6B6660"/>
                <w:sz w:val="16"/>
              </w:rPr>
              <w:t>Payment details</w:t>
            </w:r>
          </w:p>
        </w:tc>
        <w:tc>
          <w:tcPr>
            <w:tcW w:type="dxa" w:w="7370"/>
          </w:tcPr>
          <w:p>
            <w:pPr>
              <w:spacing w:after="0"/>
            </w:pPr>
            <w:r>
              <w:rPr>
                <w:rFonts w:ascii="Lato" w:hAnsi="Lato" w:eastAsia="Lato"/>
                <w:b w:val="0"/>
                <w:i w:val="0"/>
                <w:sz w:val="17"/>
              </w:rPr>
              <w:t>Bank / account: ______________________________________________________________</w:t>
            </w:r>
          </w:p>
        </w:tc>
      </w:tr>
    </w:tbl>
    <w:p>
      <w:pPr>
        <w:spacing w:after="0" w:line="144" w:lineRule="auto"/>
      </w:pPr>
    </w:p>
    <w:p>
      <w:pPr>
        <w:spacing w:after="40"/>
      </w:pPr>
      <w:r>
        <w:rPr>
          <w:rFonts w:ascii="Lato" w:hAnsi="Lato" w:eastAsia="Lato"/>
          <w:b w:val="0"/>
          <w:i w:val="0"/>
        </w:rPr>
        <w:t>6.1  All amounts are in Malaysian Ringgit unless stated otherwise and exclude any applicable taxes. Payments are due within ______ days of invoice. The deposit and fees already paid are non-refundable, except where the Licensor fails to deliver. 6.2  For royalties, the Licensee will keep accurate sales records and allow the Licensor to review them on reasonable notice.</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07   </w:t>
      </w:r>
      <w:r>
        <w:rPr>
          <w:rFonts w:ascii="Libre Baskerville" w:hAnsi="Libre Baskerville" w:eastAsia="Libre Baskerville"/>
          <w:b/>
          <w:i w:val="0"/>
          <w:color w:val="1A1A1A"/>
          <w:sz w:val="19"/>
        </w:rPr>
        <w:t>DELIVERY OF FILES</w:t>
      </w:r>
    </w:p>
    <w:p>
      <w:pPr>
        <w:spacing w:after="40"/>
      </w:pPr>
      <w:r>
        <w:rPr>
          <w:rFonts w:ascii="Lato" w:hAnsi="Lato" w:eastAsia="Lato"/>
          <w:b w:val="0"/>
          <w:i w:val="0"/>
        </w:rPr>
        <w:t xml:space="preserve">7.1  Format:  </w:t>
      </w:r>
      <w:r>
        <w:rPr>
          <w:rFonts w:ascii="DejaVu Sans" w:hAnsi="DejaVu Sans" w:eastAsia="DejaVu Sans"/>
          <w:b w:val="0"/>
          <w:i w:val="0"/>
          <w:color w:val="1A1A1A"/>
          <w:sz w:val="20"/>
        </w:rPr>
        <w:t>☐</w:t>
      </w:r>
      <w:r>
        <w:rPr>
          <w:rFonts w:ascii="Lato" w:hAnsi="Lato" w:eastAsia="Lato"/>
          <w:b w:val="0"/>
          <w:i w:val="0"/>
        </w:rPr>
        <w:t xml:space="preserve"> PNG   </w:t>
      </w:r>
      <w:r>
        <w:rPr>
          <w:rFonts w:ascii="DejaVu Sans" w:hAnsi="DejaVu Sans" w:eastAsia="DejaVu Sans"/>
          <w:b w:val="0"/>
          <w:i w:val="0"/>
          <w:color w:val="1A1A1A"/>
          <w:sz w:val="20"/>
        </w:rPr>
        <w:t>☐</w:t>
      </w:r>
      <w:r>
        <w:rPr>
          <w:rFonts w:ascii="Lato" w:hAnsi="Lato" w:eastAsia="Lato"/>
          <w:b w:val="0"/>
          <w:i w:val="0"/>
        </w:rPr>
        <w:t xml:space="preserve"> PDF   </w:t>
      </w:r>
      <w:r>
        <w:rPr>
          <w:rFonts w:ascii="DejaVu Sans" w:hAnsi="DejaVu Sans" w:eastAsia="DejaVu Sans"/>
          <w:b w:val="0"/>
          <w:i w:val="0"/>
          <w:color w:val="1A1A1A"/>
          <w:sz w:val="20"/>
        </w:rPr>
        <w:t>☐</w:t>
      </w:r>
      <w:r>
        <w:rPr>
          <w:rFonts w:ascii="Lato" w:hAnsi="Lato" w:eastAsia="Lato"/>
          <w:b w:val="0"/>
          <w:i w:val="0"/>
        </w:rPr>
        <w:t xml:space="preserve"> TIFF   </w:t>
      </w:r>
      <w:r>
        <w:rPr>
          <w:rFonts w:ascii="DejaVu Sans" w:hAnsi="DejaVu Sans" w:eastAsia="DejaVu Sans"/>
          <w:b w:val="0"/>
          <w:i w:val="0"/>
          <w:color w:val="1A1A1A"/>
          <w:sz w:val="20"/>
        </w:rPr>
        <w:t>☐</w:t>
      </w:r>
      <w:r>
        <w:rPr>
          <w:rFonts w:ascii="Lato" w:hAnsi="Lato" w:eastAsia="Lato"/>
          <w:b w:val="0"/>
          <w:i w:val="0"/>
        </w:rPr>
        <w:t xml:space="preserve"> Layered / source file   </w:t>
      </w:r>
      <w:r>
        <w:rPr>
          <w:rFonts w:ascii="DejaVu Sans" w:hAnsi="DejaVu Sans" w:eastAsia="DejaVu Sans"/>
          <w:b w:val="0"/>
          <w:i w:val="0"/>
          <w:color w:val="1A1A1A"/>
          <w:sz w:val="20"/>
        </w:rPr>
        <w:t>☐</w:t>
      </w:r>
      <w:r>
        <w:rPr>
          <w:rFonts w:ascii="Lato" w:hAnsi="Lato" w:eastAsia="Lato"/>
          <w:b w:val="0"/>
          <w:i w:val="0"/>
        </w:rPr>
        <w:t xml:space="preserve"> Other: ____________      Resolution / size: ______________________</w:t>
      </w:r>
    </w:p>
    <w:p>
      <w:pPr>
        <w:spacing w:after="40"/>
      </w:pPr>
      <w:r>
        <w:rPr>
          <w:rFonts w:ascii="Lato" w:hAnsi="Lato" w:eastAsia="Lato"/>
          <w:b w:val="0"/>
          <w:i w:val="0"/>
        </w:rPr>
        <w:t xml:space="preserve">7.2  Delivery method:  </w:t>
      </w:r>
      <w:r>
        <w:rPr>
          <w:rFonts w:ascii="DejaVu Sans" w:hAnsi="DejaVu Sans" w:eastAsia="DejaVu Sans"/>
          <w:b w:val="0"/>
          <w:i w:val="0"/>
          <w:color w:val="1A1A1A"/>
          <w:sz w:val="20"/>
        </w:rPr>
        <w:t>☐</w:t>
      </w:r>
      <w:r>
        <w:rPr>
          <w:rFonts w:ascii="Lato" w:hAnsi="Lato" w:eastAsia="Lato"/>
          <w:b w:val="0"/>
          <w:i w:val="0"/>
        </w:rPr>
        <w:t xml:space="preserve"> Email   </w:t>
      </w:r>
      <w:r>
        <w:rPr>
          <w:rFonts w:ascii="DejaVu Sans" w:hAnsi="DejaVu Sans" w:eastAsia="DejaVu Sans"/>
          <w:b w:val="0"/>
          <w:i w:val="0"/>
          <w:color w:val="1A1A1A"/>
          <w:sz w:val="20"/>
        </w:rPr>
        <w:t>☐</w:t>
      </w:r>
      <w:r>
        <w:rPr>
          <w:rFonts w:ascii="Lato" w:hAnsi="Lato" w:eastAsia="Lato"/>
          <w:b w:val="0"/>
          <w:i w:val="0"/>
        </w:rPr>
        <w:t xml:space="preserve"> Cloud link   </w:t>
      </w:r>
      <w:r>
        <w:rPr>
          <w:rFonts w:ascii="DejaVu Sans" w:hAnsi="DejaVu Sans" w:eastAsia="DejaVu Sans"/>
          <w:b w:val="0"/>
          <w:i w:val="0"/>
          <w:color w:val="1A1A1A"/>
          <w:sz w:val="20"/>
        </w:rPr>
        <w:t>☐</w:t>
      </w:r>
      <w:r>
        <w:rPr>
          <w:rFonts w:ascii="Lato" w:hAnsi="Lato" w:eastAsia="Lato"/>
          <w:b w:val="0"/>
          <w:i w:val="0"/>
        </w:rPr>
        <w:t xml:space="preserve"> Other: ____________      Expected delivery date: ____ / ____ / ________</w:t>
      </w:r>
    </w:p>
    <w:p>
      <w:pPr>
        <w:spacing w:after="40"/>
      </w:pPr>
      <w:r>
        <w:rPr>
          <w:rFonts w:ascii="Lato" w:hAnsi="Lato" w:eastAsia="Lato"/>
          <w:b w:val="0"/>
          <w:i w:val="0"/>
        </w:rPr>
        <w:t>7.3  Watermarked previews may be shared for approval. Final files are delivered after the deposit is paid (for a buyout, after full payment). Delivery of files gives a right to use them under this Agreement only; it does not transfer ownership of the Design(s).</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08   </w:t>
      </w:r>
      <w:r>
        <w:rPr>
          <w:rFonts w:ascii="Libre Baskerville" w:hAnsi="Libre Baskerville" w:eastAsia="Libre Baskerville"/>
          <w:b/>
          <w:i w:val="0"/>
          <w:color w:val="1A1A1A"/>
          <w:sz w:val="19"/>
        </w:rPr>
        <w:t>CREDIT AND ATTRIBUTION</w:t>
      </w:r>
    </w:p>
    <w:p>
      <w:pPr>
        <w:spacing w:after="40"/>
      </w:pPr>
      <w:r>
        <w:rPr>
          <w:rFonts w:ascii="DejaVu Sans" w:hAnsi="DejaVu Sans" w:eastAsia="DejaVu Sans"/>
          <w:b w:val="0"/>
          <w:i w:val="0"/>
          <w:color w:val="1A1A1A"/>
          <w:sz w:val="20"/>
        </w:rPr>
        <w:t>☐</w:t>
      </w:r>
      <w:r>
        <w:rPr>
          <w:rFonts w:ascii="Lato" w:hAnsi="Lato" w:eastAsia="Lato"/>
          <w:b w:val="0"/>
          <w:i w:val="0"/>
        </w:rPr>
        <w:t xml:space="preserve">  Credit required    </w:t>
      </w:r>
      <w:r>
        <w:rPr>
          <w:rFonts w:ascii="DejaVu Sans" w:hAnsi="DejaVu Sans" w:eastAsia="DejaVu Sans"/>
          <w:b w:val="0"/>
          <w:i w:val="0"/>
          <w:color w:val="1A1A1A"/>
          <w:sz w:val="20"/>
        </w:rPr>
        <w:t>☐</w:t>
      </w:r>
      <w:r>
        <w:rPr>
          <w:rFonts w:ascii="Lato" w:hAnsi="Lato" w:eastAsia="Lato"/>
          <w:b w:val="0"/>
          <w:i w:val="0"/>
        </w:rPr>
        <w:t xml:space="preserve">  Credit optional    </w:t>
      </w:r>
      <w:r>
        <w:rPr>
          <w:rFonts w:ascii="DejaVu Sans" w:hAnsi="DejaVu Sans" w:eastAsia="DejaVu Sans"/>
          <w:b w:val="0"/>
          <w:i w:val="0"/>
          <w:color w:val="1A1A1A"/>
          <w:sz w:val="20"/>
        </w:rPr>
        <w:t>☐</w:t>
      </w:r>
      <w:r>
        <w:rPr>
          <w:rFonts w:ascii="Lato" w:hAnsi="Lato" w:eastAsia="Lato"/>
          <w:b w:val="0"/>
          <w:i w:val="0"/>
        </w:rPr>
        <w:t xml:space="preserve">  No credit       Wording: </w:t>
      </w:r>
      <w:r>
        <w:rPr>
          <w:rFonts w:ascii="Lato" w:hAnsi="Lato" w:eastAsia="Lato"/>
          <w:b/>
          <w:i w:val="0"/>
        </w:rPr>
        <w:t>“Design by DARO Studio”</w:t>
      </w:r>
      <w:r>
        <w:rPr>
          <w:rFonts w:ascii="Lato" w:hAnsi="Lato" w:eastAsia="Lato"/>
          <w:b w:val="0"/>
          <w:i w:val="0"/>
        </w:rPr>
        <w:t xml:space="preserve"> or ______________________________</w:t>
      </w:r>
    </w:p>
    <w:p>
      <w:pPr>
        <w:spacing w:after="40"/>
      </w:pPr>
      <w:r>
        <w:rPr>
          <w:rFonts w:ascii="Lato" w:hAnsi="Lato" w:eastAsia="Lato"/>
          <w:b w:val="0"/>
          <w:i w:val="0"/>
        </w:rPr>
        <w:t xml:space="preserve">Placement (if credited): </w:t>
      </w:r>
      <w:r>
        <w:rPr>
          <w:rFonts w:ascii="DejaVu Sans" w:hAnsi="DejaVu Sans" w:eastAsia="DejaVu Sans"/>
          <w:b w:val="0"/>
          <w:i w:val="0"/>
          <w:color w:val="1A1A1A"/>
          <w:sz w:val="20"/>
        </w:rPr>
        <w:t>☐</w:t>
      </w:r>
      <w:r>
        <w:rPr>
          <w:rFonts w:ascii="Lato" w:hAnsi="Lato" w:eastAsia="Lato"/>
          <w:b w:val="0"/>
          <w:i w:val="0"/>
        </w:rPr>
        <w:t xml:space="preserve"> hang tag / label   </w:t>
      </w:r>
      <w:r>
        <w:rPr>
          <w:rFonts w:ascii="DejaVu Sans" w:hAnsi="DejaVu Sans" w:eastAsia="DejaVu Sans"/>
          <w:b w:val="0"/>
          <w:i w:val="0"/>
          <w:color w:val="1A1A1A"/>
          <w:sz w:val="20"/>
        </w:rPr>
        <w:t>☐</w:t>
      </w:r>
      <w:r>
        <w:rPr>
          <w:rFonts w:ascii="Lato" w:hAnsi="Lato" w:eastAsia="Lato"/>
          <w:b w:val="0"/>
          <w:i w:val="0"/>
        </w:rPr>
        <w:t xml:space="preserve"> packaging   </w:t>
      </w:r>
      <w:r>
        <w:rPr>
          <w:rFonts w:ascii="DejaVu Sans" w:hAnsi="DejaVu Sans" w:eastAsia="DejaVu Sans"/>
          <w:b w:val="0"/>
          <w:i w:val="0"/>
          <w:color w:val="1A1A1A"/>
          <w:sz w:val="20"/>
        </w:rPr>
        <w:t>☐</w:t>
      </w:r>
      <w:r>
        <w:rPr>
          <w:rFonts w:ascii="Lato" w:hAnsi="Lato" w:eastAsia="Lato"/>
          <w:b w:val="0"/>
          <w:i w:val="0"/>
        </w:rPr>
        <w:t xml:space="preserve"> product page / website   </w:t>
      </w:r>
      <w:r>
        <w:rPr>
          <w:rFonts w:ascii="DejaVu Sans" w:hAnsi="DejaVu Sans" w:eastAsia="DejaVu Sans"/>
          <w:b w:val="0"/>
          <w:i w:val="0"/>
          <w:color w:val="1A1A1A"/>
          <w:sz w:val="20"/>
        </w:rPr>
        <w:t>☐</w:t>
      </w:r>
      <w:r>
        <w:rPr>
          <w:rFonts w:ascii="Lato" w:hAnsi="Lato" w:eastAsia="Lato"/>
          <w:b w:val="0"/>
          <w:i w:val="0"/>
        </w:rPr>
        <w:t xml:space="preserve"> social media posts   </w:t>
      </w:r>
      <w:r>
        <w:rPr>
          <w:rFonts w:ascii="DejaVu Sans" w:hAnsi="DejaVu Sans" w:eastAsia="DejaVu Sans"/>
          <w:b w:val="0"/>
          <w:i w:val="0"/>
          <w:color w:val="1A1A1A"/>
          <w:sz w:val="20"/>
        </w:rPr>
        <w:t>☐</w:t>
      </w:r>
      <w:r>
        <w:rPr>
          <w:rFonts w:ascii="Lato" w:hAnsi="Lato" w:eastAsia="Lato"/>
          <w:b w:val="0"/>
          <w:i w:val="0"/>
        </w:rPr>
        <w:t xml:space="preserve"> Other: ________________</w:t>
      </w:r>
    </w:p>
    <w:p>
      <w:pPr>
        <w:spacing w:after="40"/>
      </w:pPr>
      <w:r>
        <w:rPr>
          <w:rFonts w:ascii="Lato" w:hAnsi="Lato" w:eastAsia="Lato"/>
          <w:b w:val="0"/>
          <w:i w:val="0"/>
        </w:rPr>
        <w:t xml:space="preserve">The Licensor may show the Design(s) and finished products in its portfolio, website and social media, unless agreed otherwise here: </w:t>
      </w:r>
      <w:r>
        <w:rPr>
          <w:rFonts w:ascii="DejaVu Sans" w:hAnsi="DejaVu Sans" w:eastAsia="DejaVu Sans"/>
          <w:b w:val="0"/>
          <w:i w:val="0"/>
          <w:color w:val="1A1A1A"/>
          <w:sz w:val="20"/>
        </w:rPr>
        <w:t>☐</w:t>
      </w:r>
      <w:r>
        <w:rPr>
          <w:rFonts w:ascii="Lato" w:hAnsi="Lato" w:eastAsia="Lato"/>
          <w:b w:val="0"/>
          <w:i w:val="0"/>
        </w:rPr>
        <w:t xml:space="preserve"> Not before ____ / ____ / ________</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09   </w:t>
      </w:r>
      <w:r>
        <w:rPr>
          <w:rFonts w:ascii="Libre Baskerville" w:hAnsi="Libre Baskerville" w:eastAsia="Libre Baskerville"/>
          <w:b/>
          <w:i w:val="0"/>
          <w:color w:val="1A1A1A"/>
          <w:sz w:val="19"/>
        </w:rPr>
        <w:t>QUALITY APPROVAL OF SAMPLES</w:t>
      </w:r>
    </w:p>
    <w:p>
      <w:pPr>
        <w:spacing w:after="40"/>
      </w:pPr>
      <w:r>
        <w:rPr>
          <w:rFonts w:ascii="Lato" w:hAnsi="Lato" w:eastAsia="Lato"/>
          <w:b w:val="0"/>
          <w:i w:val="0"/>
        </w:rPr>
        <w:t>Before production or public release, the Licensee will send the Licensor a sample, photo or digital proof of each product using the Design(s). The Licensor will approve or give reasons for rejection within ______ working days; approval will not be unreasonably withheld. Products must match the approved sample in colour, scale and placement as closely as the materials reasonably allow.</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10   </w:t>
      </w:r>
      <w:r>
        <w:rPr>
          <w:rFonts w:ascii="Libre Baskerville" w:hAnsi="Libre Baskerville" w:eastAsia="Libre Baskerville"/>
          <w:b/>
          <w:i w:val="0"/>
          <w:color w:val="1A1A1A"/>
          <w:sz w:val="19"/>
        </w:rPr>
        <w:t>RESTRICTIONS</w:t>
      </w:r>
    </w:p>
    <w:p>
      <w:pPr>
        <w:spacing w:after="40"/>
      </w:pPr>
      <w:r>
        <w:rPr>
          <w:rFonts w:ascii="Lato" w:hAnsi="Lato" w:eastAsia="Lato"/>
          <w:b w:val="0"/>
          <w:i w:val="0"/>
        </w:rPr>
        <w:t>Unless the Licensor agrees in writing, the Licensee must not: (a) modify, recolour, crop, distort or combine the Design(s) with other artwork, beyond resizing needed for production; (b) sublicense, transfer or share the licence with any third party, other than its own manufacturer solely to produce the licensed products; (c) sell, give away, resell or distribute the artwork files, or offer the Design(s) as prints, downloads or templates on their own; (d) register the Design(s), or anything confusingly similar, as a trade mark, industrial design or other right; (e) use the Design(s) to train or prompt artificial-intelligence tools; or (f) use the Design(s) in any way that is unlawful, offensive or harmful to the reputation of the Licensor or the Designer.</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11   </w:t>
      </w:r>
      <w:r>
        <w:rPr>
          <w:rFonts w:ascii="Libre Baskerville" w:hAnsi="Libre Baskerville" w:eastAsia="Libre Baskerville"/>
          <w:b/>
          <w:i w:val="0"/>
          <w:color w:val="1A1A1A"/>
          <w:sz w:val="19"/>
        </w:rPr>
        <w:t>OWNERSHIP AND COPYRIGHT</w:t>
      </w:r>
    </w:p>
    <w:p>
      <w:pPr>
        <w:spacing w:after="40"/>
      </w:pPr>
      <w:r>
        <w:rPr>
          <w:rFonts w:ascii="Lato" w:hAnsi="Lato" w:eastAsia="Lato"/>
          <w:b w:val="0"/>
          <w:i w:val="0"/>
        </w:rPr>
        <w:t xml:space="preserve">Copyright in the Design(s) subsists automatically under the </w:t>
      </w:r>
      <w:r>
        <w:rPr>
          <w:rFonts w:ascii="Lato" w:hAnsi="Lato" w:eastAsia="Lato"/>
          <w:b/>
          <w:i w:val="0"/>
        </w:rPr>
        <w:t>Copyright Act 1987</w:t>
      </w:r>
      <w:r>
        <w:rPr>
          <w:rFonts w:ascii="Lato" w:hAnsi="Lato" w:eastAsia="Lato"/>
          <w:b w:val="0"/>
          <w:i w:val="0"/>
        </w:rPr>
        <w:t xml:space="preserve"> (Malaysia); no registration is required. Unless the full copyright assignment option in Section 3 is ticked, signed and fully paid, the Licensor retains all copyright and other rights in the Design(s), including sketches, drafts, source files and any variations, adaptations or modifications made by or for either Party. All rights not expressly granted in this Agreement are reserved by the Licensor.</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12   </w:t>
      </w:r>
      <w:r>
        <w:rPr>
          <w:rFonts w:ascii="Libre Baskerville" w:hAnsi="Libre Baskerville" w:eastAsia="Libre Baskerville"/>
          <w:b/>
          <w:i w:val="0"/>
          <w:color w:val="1A1A1A"/>
          <w:sz w:val="19"/>
        </w:rPr>
        <w:t>MORAL RIGHTS</w:t>
      </w:r>
    </w:p>
    <w:p>
      <w:pPr>
        <w:spacing w:after="40"/>
      </w:pPr>
      <w:r>
        <w:rPr>
          <w:rFonts w:ascii="Lato" w:hAnsi="Lato" w:eastAsia="Lato"/>
          <w:b w:val="0"/>
          <w:i w:val="0"/>
        </w:rPr>
        <w:t>The Designer, as author, keeps his moral rights under Section 25 of the Copyright Act 1987, including the right to be identified as the author and the right to object to any distortion, mutilation or modification of the Design(s) that would harm his honour or reputation. These rights continue even after a copyright assignment.</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13   </w:t>
      </w:r>
      <w:r>
        <w:rPr>
          <w:rFonts w:ascii="Libre Baskerville" w:hAnsi="Libre Baskerville" w:eastAsia="Libre Baskerville"/>
          <w:b/>
          <w:i w:val="0"/>
          <w:color w:val="1A1A1A"/>
          <w:sz w:val="19"/>
        </w:rPr>
        <w:t>CONFIDENTIALITY</w:t>
      </w:r>
    </w:p>
    <w:p>
      <w:pPr>
        <w:spacing w:after="40"/>
      </w:pPr>
      <w:r>
        <w:rPr>
          <w:rFonts w:ascii="Lato" w:hAnsi="Lato" w:eastAsia="Lato"/>
          <w:b w:val="0"/>
          <w:i w:val="0"/>
        </w:rPr>
        <w:t>Each Party will keep confidential the terms of this Agreement (including fees), unreleased designs, source files and any business information received from the other Party, and will use them only for the purpose of this Agreement. This does not apply to information that is public, required by law, or shared with professional advisers. This obligation continues for ______ years after this Agreement ends.</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14   </w:t>
      </w:r>
      <w:r>
        <w:rPr>
          <w:rFonts w:ascii="Libre Baskerville" w:hAnsi="Libre Baskerville" w:eastAsia="Libre Baskerville"/>
          <w:b/>
          <w:i w:val="0"/>
          <w:color w:val="1A1A1A"/>
          <w:sz w:val="19"/>
        </w:rPr>
        <w:t>TERMINATION AND BREACH</w:t>
      </w:r>
    </w:p>
    <w:p>
      <w:pPr>
        <w:spacing w:after="40"/>
      </w:pPr>
      <w:r>
        <w:rPr>
          <w:rFonts w:ascii="Lato" w:hAnsi="Lato" w:eastAsia="Lato"/>
          <w:b w:val="0"/>
          <w:i w:val="0"/>
        </w:rPr>
        <w:t>14.1  Either Party may end this Agreement by written notice if the other Party breaches it and does not fix the breach within ______ days (default 14 days) of receiving notice. 14.2  The Licensor may end this Agreement immediately if the Licensee fails to pay, uses the Design(s) outside the licensed scope, or becomes insolvent or ceases business. 14.3  On termination or expiry, the Licensee must stop using the Design(s) (subject to any sell-off period in Section 5.3), pay all sums due, and delete or return all artwork files within 7 days. 14.4  Unauthorised use is an infringement of copyright, and the Licensor may claim damages, an account of profits and any other remedy available at law.</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15   </w:t>
      </w:r>
      <w:r>
        <w:rPr>
          <w:rFonts w:ascii="Libre Baskerville" w:hAnsi="Libre Baskerville" w:eastAsia="Libre Baskerville"/>
          <w:b/>
          <w:i w:val="0"/>
          <w:color w:val="1A1A1A"/>
          <w:sz w:val="19"/>
        </w:rPr>
        <w:t>WARRANTIES AND LIABILITY</w:t>
      </w:r>
    </w:p>
    <w:p>
      <w:pPr>
        <w:spacing w:after="40"/>
      </w:pPr>
      <w:r>
        <w:rPr>
          <w:rFonts w:ascii="Lato" w:hAnsi="Lato" w:eastAsia="Lato"/>
          <w:b w:val="0"/>
          <w:i w:val="0"/>
        </w:rPr>
        <w:t>15.1  The Licensor confirms that the Design(s) are original works of the Designer and, to its knowledge, do not infringe the rights of others. 15.2  The Licensee is responsible for its products, including materials, manufacturing, safety, labelling, marketing and compliance with applicable laws, and will indemnify the Licensor against claims arising from them. 15.3  Neither Party is liable for indirect or consequential loss, such as loss of profit or business. The Licensor’s total liability under this Agreement is limited to the fees actually paid to it under this Agreement.</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16   </w:t>
      </w:r>
      <w:r>
        <w:rPr>
          <w:rFonts w:ascii="Libre Baskerville" w:hAnsi="Libre Baskerville" w:eastAsia="Libre Baskerville"/>
          <w:b/>
          <w:i w:val="0"/>
          <w:color w:val="1A1A1A"/>
          <w:sz w:val="19"/>
        </w:rPr>
        <w:t>GOVERNING LAW AND GENERAL TERMS</w:t>
      </w:r>
    </w:p>
    <w:p>
      <w:pPr>
        <w:spacing w:after="40"/>
      </w:pPr>
      <w:r>
        <w:rPr>
          <w:rFonts w:ascii="Lato" w:hAnsi="Lato" w:eastAsia="Lato"/>
          <w:b w:val="0"/>
          <w:i w:val="0"/>
        </w:rPr>
        <w:t xml:space="preserve">16.1  This Agreement is governed by the laws of </w:t>
      </w:r>
      <w:r>
        <w:rPr>
          <w:rFonts w:ascii="Lato" w:hAnsi="Lato" w:eastAsia="Lato"/>
          <w:b/>
          <w:i w:val="0"/>
        </w:rPr>
        <w:t>Malaysia</w:t>
      </w:r>
      <w:r>
        <w:rPr>
          <w:rFonts w:ascii="Lato" w:hAnsi="Lato" w:eastAsia="Lato"/>
          <w:b w:val="0"/>
          <w:i w:val="0"/>
        </w:rPr>
        <w:t xml:space="preserve">. The Parties agree to try to resolve disputes in good faith first, failing which the </w:t>
      </w:r>
      <w:r>
        <w:rPr>
          <w:rFonts w:ascii="Lato" w:hAnsi="Lato" w:eastAsia="Lato"/>
          <w:b/>
          <w:i w:val="0"/>
        </w:rPr>
        <w:t>courts of Johor Bahru, Johor</w:t>
      </w:r>
      <w:r>
        <w:rPr>
          <w:rFonts w:ascii="Lato" w:hAnsi="Lato" w:eastAsia="Lato"/>
          <w:b w:val="0"/>
          <w:i w:val="0"/>
        </w:rPr>
        <w:t xml:space="preserve"> have jurisdiction. 16.2  This Agreement (with its appendix) is the entire agreement between the Parties on its subject and may be changed only in writing signed by both Parties. 16.3  Notices may be given by email or WhatsApp to the contact details in Section 1. 16.4  This Agreement may be signed in counterparts and by </w:t>
      </w:r>
      <w:r>
        <w:rPr>
          <w:rFonts w:ascii="Lato" w:hAnsi="Lato" w:eastAsia="Lato"/>
          <w:b/>
          <w:i w:val="0"/>
        </w:rPr>
        <w:t>digital or electronic signature</w:t>
      </w:r>
      <w:r>
        <w:rPr>
          <w:rFonts w:ascii="Lato" w:hAnsi="Lato" w:eastAsia="Lato"/>
          <w:b w:val="0"/>
          <w:i w:val="0"/>
        </w:rPr>
        <w:t xml:space="preserve"> (consistent with the Electronic Commerce Act 2006), and a scanned or electronically signed copy is as valid as an original.</w:t>
      </w:r>
    </w:p>
    <w:p>
      <w:pPr>
        <w:keepNext/>
        <w:spacing w:before="140" w:after="50"/>
        <w:pBdr>
          <w:bottom w:val="single" w:sz="4" w:space="1" w:color="C9B79A"/>
        </w:pBdr>
      </w:pPr>
      <w:r>
        <w:rPr>
          <w:rFonts w:ascii="Libre Baskerville" w:hAnsi="Libre Baskerville" w:eastAsia="Libre Baskerville"/>
          <w:b w:val="0"/>
          <w:i w:val="0"/>
          <w:color w:val="B89F7A"/>
          <w:sz w:val="18"/>
        </w:rPr>
        <w:t xml:space="preserve">17   </w:t>
      </w:r>
      <w:r>
        <w:rPr>
          <w:rFonts w:ascii="Libre Baskerville" w:hAnsi="Libre Baskerville" w:eastAsia="Libre Baskerville"/>
          <w:b/>
          <w:i w:val="0"/>
          <w:color w:val="1A1A1A"/>
          <w:sz w:val="19"/>
        </w:rPr>
        <w:t>SIGNATURES</w:t>
      </w:r>
    </w:p>
    <w:p>
      <w:pPr>
        <w:spacing w:after="60"/>
      </w:pPr>
      <w:r>
        <w:rPr>
          <w:rFonts w:ascii="Lato" w:hAnsi="Lato" w:eastAsia="Lato"/>
          <w:b w:val="0"/>
          <w:i w:val="0"/>
        </w:rPr>
        <w:t>Signed by the authorised representatives of the Parties on the dates below.</w:t>
      </w:r>
    </w:p>
    <w:tbl>
      <w:tblPr>
        <w:tblW w:type="auto" w:w="0"/>
        <w:jc w:val="center"/>
        <w:tblLook w:firstColumn="1" w:firstRow="1" w:lastColumn="0" w:lastRow="0" w:noHBand="0" w:noVBand="1" w:val="04A0"/>
        <w:tblBorders>
          <w:top w:val="single" w:sz="4" w:color="C9B79A"/>
          <w:left w:val="nil"/>
          <w:bottom w:val="single" w:sz="4" w:color="C9B79A"/>
          <w:right w:val="nil"/>
          <w:insideH w:val="single" w:sz="4" w:color="C9B79A"/>
          <w:insideV w:val="nil"/>
        </w:tblBorders>
        <w:tblLayout w:type="fixed"/>
        <w:tblCellMar>
          <w:top w:w="100" w:type="dxa"/>
          <w:left w:w="140" w:type="dxa"/>
          <w:bottom w:w="100" w:type="dxa"/>
          <w:right w:w="140" w:type="dxa"/>
        </w:tblCellMar>
        <w:tblLayout w:type="fixed"/>
      </w:tblPr>
      <w:tblGrid>
        <w:gridCol w:w="4876"/>
        <w:gridCol w:w="4876"/>
      </w:tblGrid>
      <w:tr>
        <w:trPr>
          <w:cantSplit/>
        </w:trPr>
        <w:tc>
          <w:tcPr>
            <w:tcW w:type="dxa" w:w="4876"/>
          </w:tcPr>
          <w:p>
            <w:pPr>
              <w:spacing w:after="120"/>
            </w:pPr>
            <w:r>
              <w:rPr>
                <w:rFonts w:ascii="Libre Baskerville" w:hAnsi="Libre Baskerville" w:eastAsia="Libre Baskerville"/>
                <w:b/>
                <w:i w:val="0"/>
                <w:color w:val="1A1A1A"/>
                <w:sz w:val="17"/>
              </w:rPr>
              <w:t>FOR THE LICENSOR — DARO ENTERPRISE</w:t>
            </w:r>
          </w:p>
          <w:p>
            <w:pPr>
              <w:spacing w:after="70"/>
            </w:pPr>
            <w:r>
              <w:rPr>
                <w:rFonts w:ascii="Lato" w:hAnsi="Lato" w:eastAsia="Lato"/>
                <w:b/>
                <w:i w:val="0"/>
                <w:color w:val="6B6660"/>
                <w:sz w:val="15"/>
              </w:rPr>
              <w:t xml:space="preserve">Signature:  </w:t>
            </w:r>
            <w:r>
              <w:rPr>
                <w:rFonts w:ascii="Lato" w:hAnsi="Lato" w:eastAsia="Lato"/>
                <w:b w:val="0"/>
                <w:i w:val="0"/>
                <w:sz w:val="16"/>
              </w:rPr>
              <w:br/>
              <w:br/>
              <w:t>____________________________________</w:t>
            </w:r>
          </w:p>
          <w:p>
            <w:pPr>
              <w:spacing w:after="70"/>
            </w:pPr>
            <w:r>
              <w:rPr>
                <w:rFonts w:ascii="Lato" w:hAnsi="Lato" w:eastAsia="Lato"/>
                <w:b/>
                <w:i w:val="0"/>
                <w:color w:val="6B6660"/>
                <w:sz w:val="15"/>
              </w:rPr>
              <w:t xml:space="preserve">Name:  </w:t>
            </w:r>
            <w:r>
              <w:rPr>
                <w:rFonts w:ascii="Lato" w:hAnsi="Lato" w:eastAsia="Lato"/>
                <w:b w:val="0"/>
                <w:i w:val="0"/>
                <w:sz w:val="16"/>
              </w:rPr>
              <w:t>Kurt Wollton</w:t>
            </w:r>
          </w:p>
          <w:p>
            <w:pPr>
              <w:spacing w:after="70"/>
            </w:pPr>
            <w:r>
              <w:rPr>
                <w:rFonts w:ascii="Lato" w:hAnsi="Lato" w:eastAsia="Lato"/>
                <w:b/>
                <w:i w:val="0"/>
                <w:color w:val="6B6660"/>
                <w:sz w:val="15"/>
              </w:rPr>
              <w:t xml:space="preserve">Title:  </w:t>
            </w:r>
            <w:r>
              <w:rPr>
                <w:rFonts w:ascii="Lato" w:hAnsi="Lato" w:eastAsia="Lato"/>
                <w:b w:val="0"/>
                <w:i w:val="0"/>
                <w:sz w:val="16"/>
              </w:rPr>
              <w:t>Owner &amp; Designer, DARO Studio</w:t>
            </w:r>
          </w:p>
          <w:p>
            <w:pPr>
              <w:spacing w:after="70"/>
            </w:pPr>
            <w:r>
              <w:rPr>
                <w:rFonts w:ascii="Lato" w:hAnsi="Lato" w:eastAsia="Lato"/>
                <w:b/>
                <w:i w:val="0"/>
                <w:color w:val="6B6660"/>
                <w:sz w:val="15"/>
              </w:rPr>
              <w:t xml:space="preserve">Date:  </w:t>
            </w:r>
            <w:r>
              <w:rPr>
                <w:rFonts w:ascii="Lato" w:hAnsi="Lato" w:eastAsia="Lato"/>
                <w:b w:val="0"/>
                <w:i w:val="0"/>
                <w:sz w:val="16"/>
              </w:rPr>
              <w:t>____ / ____ / ________</w:t>
            </w:r>
          </w:p>
          <w:p>
            <w:pPr>
              <w:spacing w:after="40"/>
            </w:pPr>
            <w:r>
              <w:rPr>
                <w:rFonts w:ascii="Lato" w:hAnsi="Lato" w:eastAsia="Lato"/>
                <w:b/>
                <w:i w:val="0"/>
                <w:color w:val="6B6660"/>
                <w:sz w:val="15"/>
              </w:rPr>
              <w:t>Company stamp:</w:t>
            </w:r>
          </w:p>
          <w:p>
            <w:pPr>
              <w:spacing w:after="40"/>
            </w:pPr>
          </w:p>
          <w:p>
            <w:pPr>
              <w:spacing w:after="40"/>
            </w:pPr>
          </w:p>
          <w:p>
            <w:pPr>
              <w:spacing w:after="40"/>
            </w:pPr>
          </w:p>
          <w:p>
            <w:pPr>
              <w:spacing w:after="60" w:before="80"/>
            </w:pPr>
            <w:r>
              <w:rPr>
                <w:rFonts w:ascii="Libre Baskerville" w:hAnsi="Libre Baskerville" w:eastAsia="Libre Baskerville"/>
                <w:b/>
                <w:i w:val="0"/>
                <w:color w:val="B89F7A"/>
                <w:sz w:val="15"/>
              </w:rPr>
              <w:t>WITNESS</w:t>
            </w:r>
          </w:p>
          <w:p>
            <w:pPr>
              <w:spacing w:after="70"/>
            </w:pPr>
            <w:r>
              <w:rPr>
                <w:rFonts w:ascii="Lato" w:hAnsi="Lato" w:eastAsia="Lato"/>
                <w:b/>
                <w:i w:val="0"/>
                <w:color w:val="6B6660"/>
                <w:sz w:val="15"/>
              </w:rPr>
              <w:t xml:space="preserve">Signature:  </w:t>
            </w:r>
            <w:r>
              <w:rPr>
                <w:rFonts w:ascii="Lato" w:hAnsi="Lato" w:eastAsia="Lato"/>
                <w:b w:val="0"/>
                <w:i w:val="0"/>
                <w:sz w:val="16"/>
              </w:rPr>
              <w:t>____________________________</w:t>
            </w:r>
          </w:p>
          <w:p>
            <w:pPr>
              <w:spacing w:after="70"/>
            </w:pPr>
            <w:r>
              <w:rPr>
                <w:rFonts w:ascii="Lato" w:hAnsi="Lato" w:eastAsia="Lato"/>
                <w:b/>
                <w:i w:val="0"/>
                <w:color w:val="6B6660"/>
                <w:sz w:val="15"/>
              </w:rPr>
              <w:t xml:space="preserve">Name:  </w:t>
            </w:r>
            <w:r>
              <w:rPr>
                <w:rFonts w:ascii="Lato" w:hAnsi="Lato" w:eastAsia="Lato"/>
                <w:b w:val="0"/>
                <w:i w:val="0"/>
                <w:sz w:val="16"/>
              </w:rPr>
              <w:t>____________________________</w:t>
            </w:r>
          </w:p>
          <w:p>
            <w:pPr>
              <w:spacing w:after="70"/>
            </w:pPr>
            <w:r>
              <w:rPr>
                <w:rFonts w:ascii="Lato" w:hAnsi="Lato" w:eastAsia="Lato"/>
                <w:b/>
                <w:i w:val="0"/>
                <w:color w:val="6B6660"/>
                <w:sz w:val="15"/>
              </w:rPr>
              <w:t xml:space="preserve">NRIC / Passport No.:  </w:t>
            </w:r>
            <w:r>
              <w:rPr>
                <w:rFonts w:ascii="Lato" w:hAnsi="Lato" w:eastAsia="Lato"/>
                <w:b w:val="0"/>
                <w:i w:val="0"/>
                <w:sz w:val="16"/>
              </w:rPr>
              <w:t>____________________________</w:t>
            </w:r>
          </w:p>
          <w:p>
            <w:pPr>
              <w:spacing w:after="70"/>
            </w:pPr>
            <w:r>
              <w:rPr>
                <w:rFonts w:ascii="Lato" w:hAnsi="Lato" w:eastAsia="Lato"/>
                <w:b/>
                <w:i w:val="0"/>
                <w:color w:val="6B6660"/>
                <w:sz w:val="15"/>
              </w:rPr>
              <w:t xml:space="preserve">Date:  </w:t>
            </w:r>
            <w:r>
              <w:rPr>
                <w:rFonts w:ascii="Lato" w:hAnsi="Lato" w:eastAsia="Lato"/>
                <w:b w:val="0"/>
                <w:i w:val="0"/>
                <w:sz w:val="16"/>
              </w:rPr>
              <w:t>____ / ____ / ________</w:t>
            </w:r>
          </w:p>
        </w:tc>
        <w:tc>
          <w:tcPr>
            <w:tcW w:type="dxa" w:w="4876"/>
          </w:tcPr>
          <w:p>
            <w:pPr>
              <w:spacing w:after="120"/>
            </w:pPr>
            <w:r>
              <w:rPr>
                <w:rFonts w:ascii="Libre Baskerville" w:hAnsi="Libre Baskerville" w:eastAsia="Libre Baskerville"/>
                <w:b/>
                <w:i w:val="0"/>
                <w:color w:val="1A1A1A"/>
                <w:sz w:val="17"/>
              </w:rPr>
              <w:t>FOR THE LICENSEE</w:t>
            </w:r>
          </w:p>
          <w:p>
            <w:pPr>
              <w:spacing w:after="70"/>
            </w:pPr>
            <w:r>
              <w:rPr>
                <w:rFonts w:ascii="Lato" w:hAnsi="Lato" w:eastAsia="Lato"/>
                <w:b/>
                <w:i w:val="0"/>
                <w:color w:val="6B6660"/>
                <w:sz w:val="15"/>
              </w:rPr>
              <w:t xml:space="preserve">Signature:  </w:t>
            </w:r>
            <w:r>
              <w:rPr>
                <w:rFonts w:ascii="Lato" w:hAnsi="Lato" w:eastAsia="Lato"/>
                <w:b w:val="0"/>
                <w:i w:val="0"/>
                <w:sz w:val="16"/>
              </w:rPr>
              <w:br/>
              <w:br/>
              <w:t>____________________________________</w:t>
            </w:r>
          </w:p>
          <w:p>
            <w:pPr>
              <w:spacing w:after="70"/>
            </w:pPr>
            <w:r>
              <w:rPr>
                <w:rFonts w:ascii="Lato" w:hAnsi="Lato" w:eastAsia="Lato"/>
                <w:b/>
                <w:i w:val="0"/>
                <w:color w:val="6B6660"/>
                <w:sz w:val="15"/>
              </w:rPr>
              <w:t xml:space="preserve">Name:  </w:t>
            </w:r>
            <w:r>
              <w:rPr>
                <w:rFonts w:ascii="Lato" w:hAnsi="Lato" w:eastAsia="Lato"/>
                <w:b w:val="0"/>
                <w:i w:val="0"/>
                <w:sz w:val="16"/>
              </w:rPr>
              <w:t>____________________________________</w:t>
            </w:r>
          </w:p>
          <w:p>
            <w:pPr>
              <w:spacing w:after="70"/>
            </w:pPr>
            <w:r>
              <w:rPr>
                <w:rFonts w:ascii="Lato" w:hAnsi="Lato" w:eastAsia="Lato"/>
                <w:b/>
                <w:i w:val="0"/>
                <w:color w:val="6B6660"/>
                <w:sz w:val="15"/>
              </w:rPr>
              <w:t xml:space="preserve">Title:  </w:t>
            </w:r>
            <w:r>
              <w:rPr>
                <w:rFonts w:ascii="Lato" w:hAnsi="Lato" w:eastAsia="Lato"/>
                <w:b w:val="0"/>
                <w:i w:val="0"/>
                <w:sz w:val="16"/>
              </w:rPr>
              <w:t>____________________________________</w:t>
            </w:r>
          </w:p>
          <w:p>
            <w:pPr>
              <w:spacing w:after="70"/>
            </w:pPr>
            <w:r>
              <w:rPr>
                <w:rFonts w:ascii="Lato" w:hAnsi="Lato" w:eastAsia="Lato"/>
                <w:b/>
                <w:i w:val="0"/>
                <w:color w:val="6B6660"/>
                <w:sz w:val="15"/>
              </w:rPr>
              <w:t xml:space="preserve">Date:  </w:t>
            </w:r>
            <w:r>
              <w:rPr>
                <w:rFonts w:ascii="Lato" w:hAnsi="Lato" w:eastAsia="Lato"/>
                <w:b w:val="0"/>
                <w:i w:val="0"/>
                <w:sz w:val="16"/>
              </w:rPr>
              <w:t>____ / ____ / ________</w:t>
            </w:r>
          </w:p>
          <w:p>
            <w:pPr>
              <w:spacing w:after="40"/>
            </w:pPr>
            <w:r>
              <w:rPr>
                <w:rFonts w:ascii="Lato" w:hAnsi="Lato" w:eastAsia="Lato"/>
                <w:b/>
                <w:i w:val="0"/>
                <w:color w:val="6B6660"/>
                <w:sz w:val="15"/>
              </w:rPr>
              <w:t>Company stamp:</w:t>
            </w:r>
          </w:p>
          <w:p>
            <w:pPr>
              <w:spacing w:after="40"/>
            </w:pPr>
          </w:p>
          <w:p>
            <w:pPr>
              <w:spacing w:after="40"/>
            </w:pPr>
          </w:p>
          <w:p>
            <w:pPr>
              <w:spacing w:after="40"/>
            </w:pPr>
          </w:p>
          <w:p>
            <w:pPr>
              <w:spacing w:after="60" w:before="80"/>
            </w:pPr>
            <w:r>
              <w:rPr>
                <w:rFonts w:ascii="Libre Baskerville" w:hAnsi="Libre Baskerville" w:eastAsia="Libre Baskerville"/>
                <w:b/>
                <w:i w:val="0"/>
                <w:color w:val="B89F7A"/>
                <w:sz w:val="15"/>
              </w:rPr>
              <w:t>WITNESS</w:t>
            </w:r>
          </w:p>
          <w:p>
            <w:pPr>
              <w:spacing w:after="70"/>
            </w:pPr>
            <w:r>
              <w:rPr>
                <w:rFonts w:ascii="Lato" w:hAnsi="Lato" w:eastAsia="Lato"/>
                <w:b/>
                <w:i w:val="0"/>
                <w:color w:val="6B6660"/>
                <w:sz w:val="15"/>
              </w:rPr>
              <w:t xml:space="preserve">Signature:  </w:t>
            </w:r>
            <w:r>
              <w:rPr>
                <w:rFonts w:ascii="Lato" w:hAnsi="Lato" w:eastAsia="Lato"/>
                <w:b w:val="0"/>
                <w:i w:val="0"/>
                <w:sz w:val="16"/>
              </w:rPr>
              <w:t>____________________________</w:t>
            </w:r>
          </w:p>
          <w:p>
            <w:pPr>
              <w:spacing w:after="70"/>
            </w:pPr>
            <w:r>
              <w:rPr>
                <w:rFonts w:ascii="Lato" w:hAnsi="Lato" w:eastAsia="Lato"/>
                <w:b/>
                <w:i w:val="0"/>
                <w:color w:val="6B6660"/>
                <w:sz w:val="15"/>
              </w:rPr>
              <w:t xml:space="preserve">Name:  </w:t>
            </w:r>
            <w:r>
              <w:rPr>
                <w:rFonts w:ascii="Lato" w:hAnsi="Lato" w:eastAsia="Lato"/>
                <w:b w:val="0"/>
                <w:i w:val="0"/>
                <w:sz w:val="16"/>
              </w:rPr>
              <w:t>____________________________</w:t>
            </w:r>
          </w:p>
          <w:p>
            <w:pPr>
              <w:spacing w:after="70"/>
            </w:pPr>
            <w:r>
              <w:rPr>
                <w:rFonts w:ascii="Lato" w:hAnsi="Lato" w:eastAsia="Lato"/>
                <w:b/>
                <w:i w:val="0"/>
                <w:color w:val="6B6660"/>
                <w:sz w:val="15"/>
              </w:rPr>
              <w:t xml:space="preserve">NRIC / Passport No.:  </w:t>
            </w:r>
            <w:r>
              <w:rPr>
                <w:rFonts w:ascii="Lato" w:hAnsi="Lato" w:eastAsia="Lato"/>
                <w:b w:val="0"/>
                <w:i w:val="0"/>
                <w:sz w:val="16"/>
              </w:rPr>
              <w:t>____________________________</w:t>
            </w:r>
          </w:p>
          <w:p>
            <w:pPr>
              <w:spacing w:after="70"/>
            </w:pPr>
            <w:r>
              <w:rPr>
                <w:rFonts w:ascii="Lato" w:hAnsi="Lato" w:eastAsia="Lato"/>
                <w:b/>
                <w:i w:val="0"/>
                <w:color w:val="6B6660"/>
                <w:sz w:val="15"/>
              </w:rPr>
              <w:t xml:space="preserve">Date:  </w:t>
            </w:r>
            <w:r>
              <w:rPr>
                <w:rFonts w:ascii="Lato" w:hAnsi="Lato" w:eastAsia="Lato"/>
                <w:b w:val="0"/>
                <w:i w:val="0"/>
                <w:sz w:val="16"/>
              </w:rPr>
              <w:t>____ / ____ / ________</w:t>
            </w:r>
          </w:p>
        </w:tc>
      </w:tr>
    </w:tbl>
    <w:p>
      <w:pPr>
        <w:spacing w:after="0" w:before="60"/>
      </w:pPr>
      <w:r>
        <w:rPr>
          <w:rFonts w:ascii="Lato" w:hAnsi="Lato" w:eastAsia="Lato"/>
          <w:b w:val="0"/>
          <w:i/>
          <w:color w:val="6B6660"/>
          <w:sz w:val="15"/>
        </w:rPr>
        <w:t>Digital signatures accepted.</w:t>
      </w:r>
    </w:p>
    <w:p>
      <w:pPr>
        <w:keepNext/>
        <w:spacing w:before="200" w:after="60"/>
      </w:pPr>
      <w:r>
        <w:rPr>
          <w:rFonts w:ascii="Libre Baskerville" w:hAnsi="Libre Baskerville" w:eastAsia="Libre Baskerville"/>
          <w:b/>
          <w:i w:val="0"/>
          <w:color w:val="1A1A1A"/>
          <w:sz w:val="19"/>
        </w:rPr>
        <w:t>APPENDIX A  —  REFERENCE IMAGE(S) OF THE LICENSED DESIGN(S)</w:t>
      </w:r>
    </w:p>
    <w:tbl>
      <w:tblPr>
        <w:tblW w:type="auto" w:w="0"/>
        <w:jc w:val="center"/>
        <w:tblLook w:firstColumn="1" w:firstRow="1" w:lastColumn="0" w:lastRow="0" w:noHBand="0" w:noVBand="1" w:val="04A0"/>
        <w:tblBorders>
          <w:top w:val="single" w:sz="4" w:color="C9B79A"/>
          <w:left w:val="nil"/>
          <w:bottom w:val="single" w:sz="4" w:color="C9B79A"/>
          <w:right w:val="nil"/>
          <w:insideH w:val="single" w:sz="4" w:color="C9B79A"/>
          <w:insideV w:val="nil"/>
        </w:tblBorders>
        <w:tblLayout w:type="fixed"/>
        <w:tblCellMar>
          <w:top w:w="80" w:type="dxa"/>
          <w:left w:w="100" w:type="dxa"/>
          <w:bottom w:w="80" w:type="dxa"/>
          <w:right w:w="100" w:type="dxa"/>
        </w:tblCellMar>
        <w:tblLayout w:type="fixed"/>
      </w:tblPr>
      <w:tblGrid>
        <w:gridCol w:w="4876"/>
        <w:gridCol w:w="4876"/>
      </w:tblGrid>
      <w:tr>
        <w:trPr>
          <w:cantSplit/>
        </w:trPr>
        <w:tc>
          <w:tcPr>
            <w:tcW w:type="dxa" w:w="4876"/>
            <w:shd w:val="clear" w:color="auto" w:fill="F6F1E8"/>
          </w:tcPr>
          <w:p>
            <w:pPr>
              <w:spacing w:after="0"/>
            </w:pPr>
            <w:r>
              <w:rPr>
                <w:rFonts w:ascii="Lato" w:hAnsi="Lato" w:eastAsia="Lato"/>
                <w:b w:val="0"/>
                <w:i w:val="0"/>
                <w:color w:val="6B6660"/>
                <w:sz w:val="15"/>
              </w:rPr>
              <w:t>Insert image  ·  Title: ______________________  ·  Ref: ________</w:t>
            </w:r>
          </w:p>
          <w:p/>
          <w:p/>
          <w:p/>
          <w:p/>
          <w:p/>
        </w:tc>
        <w:tc>
          <w:tcPr>
            <w:tcW w:type="dxa" w:w="4876"/>
            <w:shd w:val="clear" w:color="auto" w:fill="F6F1E8"/>
          </w:tcPr>
          <w:p>
            <w:pPr>
              <w:spacing w:after="0"/>
            </w:pPr>
            <w:r>
              <w:rPr>
                <w:rFonts w:ascii="Lato" w:hAnsi="Lato" w:eastAsia="Lato"/>
                <w:b w:val="0"/>
                <w:i w:val="0"/>
                <w:color w:val="6B6660"/>
                <w:sz w:val="15"/>
              </w:rPr>
              <w:t>Insert image  ·  Title: ______________________  ·  Ref: ________</w:t>
            </w:r>
          </w:p>
          <w:p/>
          <w:p/>
          <w:p/>
          <w:p/>
          <w:p/>
        </w:tc>
      </w:tr>
      <w:tr>
        <w:trPr>
          <w:cantSplit/>
        </w:trPr>
        <w:tc>
          <w:tcPr>
            <w:tcW w:type="dxa" w:w="4876"/>
            <w:shd w:val="clear" w:color="auto" w:fill="F6F1E8"/>
          </w:tcPr>
          <w:p>
            <w:pPr>
              <w:spacing w:after="0"/>
            </w:pPr>
            <w:r>
              <w:rPr>
                <w:rFonts w:ascii="Lato" w:hAnsi="Lato" w:eastAsia="Lato"/>
                <w:b w:val="0"/>
                <w:i w:val="0"/>
                <w:color w:val="6B6660"/>
                <w:sz w:val="15"/>
              </w:rPr>
              <w:t>Insert image  ·  Title: ______________________  ·  Ref: ________</w:t>
            </w:r>
          </w:p>
          <w:p/>
          <w:p/>
          <w:p/>
          <w:p/>
          <w:p/>
        </w:tc>
        <w:tc>
          <w:tcPr>
            <w:tcW w:type="dxa" w:w="4876"/>
            <w:shd w:val="clear" w:color="auto" w:fill="F6F1E8"/>
          </w:tcPr>
          <w:p>
            <w:pPr>
              <w:spacing w:after="0"/>
            </w:pPr>
            <w:r>
              <w:rPr>
                <w:rFonts w:ascii="Lato" w:hAnsi="Lato" w:eastAsia="Lato"/>
                <w:b w:val="0"/>
                <w:i w:val="0"/>
                <w:color w:val="6B6660"/>
                <w:sz w:val="15"/>
              </w:rPr>
              <w:t>Insert image  ·  Title: ______________________  ·  Ref: ________</w:t>
            </w:r>
          </w:p>
          <w:p/>
          <w:p/>
          <w:p/>
          <w:p/>
          <w:p/>
        </w:tc>
      </w:tr>
    </w:tbl>
    <w:sectPr w:rsidR="00FC693F" w:rsidRPr="0006063C" w:rsidSect="00034616">
      <w:headerReference w:type="default" r:id="rId9"/>
      <w:footerReference w:type="default" r:id="rId10"/>
      <w:pgSz w:w="11906" w:h="16838"/>
      <w:pgMar w:top="850" w:right="1077" w:bottom="907" w:left="1077" w:header="454"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9B79A"/>
      </w:pBdr>
    </w:pPr>
    <w:r>
      <w:rPr>
        <w:rFonts w:ascii="Lato" w:hAnsi="Lato" w:eastAsia="Lato"/>
        <w:b w:val="0"/>
        <w:i/>
        <w:color w:val="6B6660"/>
        <w:sz w:val="14"/>
        <w:szCs w:val="14"/>
      </w:rPr>
      <w:t>Template for general use; seek legal advice for significant agreements.</w:t>
    </w:r>
    <w:r>
      <w:rPr>
        <w:rFonts w:ascii="Lato" w:hAnsi="Lato" w:eastAsia="Lato"/>
        <w:b w:val="0"/>
        <w:i w:val="0"/>
        <w:color w:val="6B6660"/>
        <w:sz w:val="14"/>
        <w:szCs w:val="14"/>
      </w:rPr>
      <w:t xml:space="preserve">   |   Daro Enterprise (SSM 202503264806)  ·  darohouse.com   |   Page </w:t>
    </w:r>
    <w:r>
      <w:rPr>
        <w:rFonts w:ascii="Lato" w:hAnsi="Lato" w:eastAsia="Lato"/>
        <w:b w:val="0"/>
        <w:i w:val="0"/>
        <w:color w:val="6B6660"/>
        <w:sz w:val="14"/>
        <w:szCs w:val="14"/>
      </w:rPr>
      <w:fldChar w:fldCharType="begin"/>
      <w:instrText xml:space="preserve">PAGE</w:instrText>
      <w:fldChar w:fldCharType="separate"/>
      <w:t>1</w:t>
      <w:fldChar w:fldCharType="end"/>
    </w:r>
    <w:r>
      <w:rPr>
        <w:rFonts w:ascii="Lato" w:hAnsi="Lato" w:eastAsia="Lato"/>
        <w:b w:val="0"/>
        <w:i w:val="0"/>
        <w:color w:val="6B6660"/>
        <w:sz w:val="14"/>
        <w:szCs w:val="14"/>
      </w:rPr>
      <w:t xml:space="preserve"> of </w:t>
    </w:r>
    <w:r>
      <w:rPr>
        <w:rFonts w:ascii="Lato" w:hAnsi="Lato" w:eastAsia="Lato"/>
        <w:b w:val="0"/>
        <w:i w:val="0"/>
        <w:color w:val="6B6660"/>
        <w:sz w:val="14"/>
        <w:szCs w:val="14"/>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Libre Baskerville" w:hAnsi="Libre Baskerville" w:eastAsia="Libre Baskerville"/>
        <w:b w:val="0"/>
        <w:i w:val="0"/>
        <w:color w:val="6B6660"/>
        <w:sz w:val="14"/>
      </w:rPr>
      <w:t>DARO STUDIO  ·  DESIGN LICENCE AGREEMENT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line="259" w:lineRule="auto"/>
    </w:pPr>
    <w:rPr>
      <w:rFonts w:ascii="Lato" w:hAnsi="Lato" w:eastAsia="Lato"/>
      <w:color w:val="1A1A1A"/>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color w:val="6B6660"/>
      <w:sz w:val="14"/>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